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A7D1A" w14:textId="46B51342" w:rsidR="009B5AC1" w:rsidRPr="00B95C79" w:rsidRDefault="00B95C79" w:rsidP="00B95C79">
      <w:pPr>
        <w:pStyle w:val="Heading1"/>
        <w:spacing w:before="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MÀU ÁO XANH KIỂM LÂM MANG TÊN </w:t>
      </w:r>
      <w:r w:rsidR="008F7C31" w:rsidRPr="002B69F1">
        <w:rPr>
          <w:rFonts w:ascii="Times New Roman" w:hAnsi="Times New Roman" w:cs="Times New Roman"/>
          <w:color w:val="000000" w:themeColor="text1"/>
        </w:rPr>
        <w:t>ĐINH VĂN CƯ</w:t>
      </w:r>
      <w:bookmarkStart w:id="0" w:name="_Hlk211583759"/>
      <w:bookmarkEnd w:id="0"/>
      <w:r>
        <w:rPr>
          <w:rFonts w:ascii="Times New Roman" w:hAnsi="Times New Roman" w:cs="Times New Roman"/>
          <w:color w:val="000000" w:themeColor="text1"/>
        </w:rPr>
        <w:t xml:space="preserve"> - </w:t>
      </w:r>
      <w:r w:rsidRPr="002B69F1">
        <w:rPr>
          <w:rFonts w:ascii="Times New Roman" w:hAnsi="Times New Roman" w:cs="Times New Roman"/>
          <w:color w:val="000000" w:themeColor="text1"/>
        </w:rPr>
        <w:t xml:space="preserve">NGƯỜI GIỮ </w:t>
      </w:r>
      <w:r>
        <w:rPr>
          <w:rFonts w:ascii="Times New Roman" w:hAnsi="Times New Roman" w:cs="Times New Roman"/>
          <w:color w:val="000000" w:themeColor="text1"/>
        </w:rPr>
        <w:t>RỪNG 20 NĂM</w:t>
      </w:r>
      <w:r w:rsidRPr="002B69F1">
        <w:rPr>
          <w:rFonts w:ascii="Times New Roman" w:hAnsi="Times New Roman" w:cs="Times New Roman"/>
          <w:color w:val="000000" w:themeColor="text1"/>
        </w:rPr>
        <w:t xml:space="preserve"> TRÊN NON</w:t>
      </w:r>
      <w:r>
        <w:rPr>
          <w:rFonts w:ascii="Times New Roman" w:hAnsi="Times New Roman" w:cs="Times New Roman"/>
          <w:color w:val="000000" w:themeColor="text1"/>
        </w:rPr>
        <w:t xml:space="preserve"> </w:t>
      </w:r>
      <w:r w:rsidRPr="002B69F1">
        <w:rPr>
          <w:rFonts w:ascii="Times New Roman" w:hAnsi="Times New Roman" w:cs="Times New Roman"/>
          <w:color w:val="000000" w:themeColor="text1"/>
        </w:rPr>
        <w:t xml:space="preserve">CAO </w:t>
      </w:r>
    </w:p>
    <w:p w14:paraId="43C1CD8A" w14:textId="47D763AD" w:rsidR="007878D4" w:rsidRPr="009B67E6" w:rsidRDefault="000B2811" w:rsidP="00FF0554">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8F7C31" w:rsidRPr="009B67E6">
        <w:rPr>
          <w:rFonts w:ascii="Times New Roman" w:hAnsi="Times New Roman" w:cs="Times New Roman"/>
          <w:color w:val="000000" w:themeColor="text1"/>
          <w:sz w:val="28"/>
          <w:szCs w:val="28"/>
        </w:rPr>
        <w:t>Sơn Tây, vào mùa mưa, rừng ướt đẫm hơi sương</w:t>
      </w:r>
      <w:r w:rsidR="00656A0C" w:rsidRPr="009B67E6">
        <w:rPr>
          <w:rFonts w:ascii="Times New Roman" w:hAnsi="Times New Roman" w:cs="Times New Roman"/>
          <w:color w:val="000000" w:themeColor="text1"/>
          <w:sz w:val="28"/>
          <w:szCs w:val="28"/>
        </w:rPr>
        <w:t>, se giá lạnh</w:t>
      </w:r>
      <w:r w:rsidR="008F7C31" w:rsidRPr="009B67E6">
        <w:rPr>
          <w:rFonts w:ascii="Times New Roman" w:hAnsi="Times New Roman" w:cs="Times New Roman"/>
          <w:color w:val="000000" w:themeColor="text1"/>
          <w:sz w:val="28"/>
          <w:szCs w:val="28"/>
        </w:rPr>
        <w:t xml:space="preserve">. Con đường dẫn vào Hạt Kiểm lâm </w:t>
      </w:r>
      <w:r w:rsidR="00D57A6B" w:rsidRPr="009B67E6">
        <w:rPr>
          <w:rFonts w:ascii="Times New Roman" w:hAnsi="Times New Roman" w:cs="Times New Roman"/>
          <w:color w:val="000000" w:themeColor="text1"/>
          <w:sz w:val="28"/>
          <w:szCs w:val="28"/>
        </w:rPr>
        <w:t xml:space="preserve">Sơn Tây </w:t>
      </w:r>
      <w:r w:rsidR="008F7C31" w:rsidRPr="009B67E6">
        <w:rPr>
          <w:rFonts w:ascii="Times New Roman" w:hAnsi="Times New Roman" w:cs="Times New Roman"/>
          <w:color w:val="000000" w:themeColor="text1"/>
          <w:sz w:val="28"/>
          <w:szCs w:val="28"/>
        </w:rPr>
        <w:t xml:space="preserve">ngoằn ngoèo qua những triền dốc dựng đứng, </w:t>
      </w:r>
      <w:r w:rsidR="00656A0C" w:rsidRPr="009B67E6">
        <w:rPr>
          <w:rFonts w:ascii="Times New Roman" w:hAnsi="Times New Roman" w:cs="Times New Roman"/>
          <w:color w:val="000000" w:themeColor="text1"/>
          <w:sz w:val="28"/>
          <w:szCs w:val="28"/>
        </w:rPr>
        <w:t xml:space="preserve">cheo leo, </w:t>
      </w:r>
      <w:r w:rsidR="008F7C31" w:rsidRPr="009B67E6">
        <w:rPr>
          <w:rFonts w:ascii="Times New Roman" w:hAnsi="Times New Roman" w:cs="Times New Roman"/>
          <w:color w:val="000000" w:themeColor="text1"/>
          <w:sz w:val="28"/>
          <w:szCs w:val="28"/>
        </w:rPr>
        <w:t xml:space="preserve">nơi chỉ nghe tiếng suối chảy và mùi đất ẩm. </w:t>
      </w:r>
      <w:r w:rsidR="00FF0554" w:rsidRPr="009B67E6">
        <w:rPr>
          <w:rFonts w:ascii="Times New Roman" w:eastAsia="Times New Roman" w:hAnsi="Times New Roman" w:cs="Times New Roman"/>
          <w:color w:val="000000" w:themeColor="text1"/>
          <w:sz w:val="28"/>
          <w:szCs w:val="28"/>
        </w:rPr>
        <w:t xml:space="preserve">Nơi những người </w:t>
      </w:r>
      <w:r w:rsidR="00D57A6B" w:rsidRPr="009B67E6">
        <w:rPr>
          <w:rFonts w:ascii="Times New Roman" w:eastAsia="Times New Roman" w:hAnsi="Times New Roman" w:cs="Times New Roman"/>
          <w:color w:val="000000" w:themeColor="text1"/>
          <w:sz w:val="28"/>
          <w:szCs w:val="28"/>
        </w:rPr>
        <w:t>K</w:t>
      </w:r>
      <w:r w:rsidR="00FF0554" w:rsidRPr="009B67E6">
        <w:rPr>
          <w:rFonts w:ascii="Times New Roman" w:eastAsia="Times New Roman" w:hAnsi="Times New Roman" w:cs="Times New Roman"/>
          <w:color w:val="000000" w:themeColor="text1"/>
          <w:sz w:val="28"/>
          <w:szCs w:val="28"/>
        </w:rPr>
        <w:t xml:space="preserve">iểm lâm vẫn ngày đêm bám rừng, giữ </w:t>
      </w:r>
      <w:r w:rsidR="00D57A6B" w:rsidRPr="009B67E6">
        <w:rPr>
          <w:rFonts w:ascii="Times New Roman" w:eastAsia="Times New Roman" w:hAnsi="Times New Roman" w:cs="Times New Roman"/>
          <w:color w:val="000000" w:themeColor="text1"/>
          <w:sz w:val="28"/>
          <w:szCs w:val="28"/>
        </w:rPr>
        <w:t>màu</w:t>
      </w:r>
      <w:r w:rsidR="00FF0554" w:rsidRPr="009B67E6">
        <w:rPr>
          <w:rFonts w:ascii="Times New Roman" w:eastAsia="Times New Roman" w:hAnsi="Times New Roman" w:cs="Times New Roman"/>
          <w:color w:val="000000" w:themeColor="text1"/>
          <w:sz w:val="28"/>
          <w:szCs w:val="28"/>
        </w:rPr>
        <w:t xml:space="preserve"> xanh cho quê hương. Trong số họ, </w:t>
      </w:r>
      <w:r w:rsidR="00FF0554" w:rsidRPr="009B67E6">
        <w:rPr>
          <w:rFonts w:ascii="Times New Roman" w:eastAsia="Times New Roman" w:hAnsi="Times New Roman" w:cs="Times New Roman"/>
          <w:b/>
          <w:bCs/>
          <w:color w:val="000000" w:themeColor="text1"/>
          <w:sz w:val="28"/>
          <w:szCs w:val="28"/>
        </w:rPr>
        <w:t>anh Đinh Văn Cư</w:t>
      </w:r>
      <w:r w:rsidR="00FF0554" w:rsidRPr="009B67E6">
        <w:rPr>
          <w:rFonts w:ascii="Times New Roman" w:eastAsia="Times New Roman" w:hAnsi="Times New Roman" w:cs="Times New Roman"/>
          <w:color w:val="000000" w:themeColor="text1"/>
          <w:sz w:val="28"/>
          <w:szCs w:val="28"/>
        </w:rPr>
        <w:t xml:space="preserve"> là một tấm gương tiêu biểu, được đồng nghiệp và bà con vùng cao hết lòng yêu quý</w:t>
      </w:r>
      <w:r w:rsidR="00BE2CD1" w:rsidRPr="009B67E6">
        <w:rPr>
          <w:rFonts w:ascii="Times New Roman" w:hAnsi="Times New Roman" w:cs="Times New Roman"/>
          <w:color w:val="000000" w:themeColor="text1"/>
          <w:sz w:val="28"/>
          <w:szCs w:val="28"/>
        </w:rPr>
        <w:t xml:space="preserve"> với </w:t>
      </w:r>
      <w:r w:rsidR="008F7C31" w:rsidRPr="009B67E6">
        <w:rPr>
          <w:rFonts w:ascii="Times New Roman" w:hAnsi="Times New Roman" w:cs="Times New Roman"/>
          <w:color w:val="000000" w:themeColor="text1"/>
          <w:sz w:val="28"/>
          <w:szCs w:val="28"/>
        </w:rPr>
        <w:t>dáng người rắn rỏi, nụ cười hiền và giọng nói trầm ấm của người đã sống trọn với rừng</w:t>
      </w:r>
      <w:r w:rsidR="00656A0C" w:rsidRPr="009B67E6">
        <w:rPr>
          <w:rFonts w:ascii="Times New Roman" w:hAnsi="Times New Roman" w:cs="Times New Roman"/>
          <w:color w:val="000000" w:themeColor="text1"/>
          <w:sz w:val="28"/>
          <w:szCs w:val="28"/>
        </w:rPr>
        <w:t>, m</w:t>
      </w:r>
      <w:r w:rsidR="00103D55" w:rsidRPr="009B67E6">
        <w:rPr>
          <w:rFonts w:ascii="Times New Roman" w:hAnsi="Times New Roman" w:cs="Times New Roman"/>
          <w:color w:val="000000" w:themeColor="text1"/>
          <w:sz w:val="28"/>
          <w:szCs w:val="28"/>
        </w:rPr>
        <w:t>ộ</w:t>
      </w:r>
      <w:r w:rsidR="00656A0C" w:rsidRPr="009B67E6">
        <w:rPr>
          <w:rFonts w:ascii="Times New Roman" w:hAnsi="Times New Roman" w:cs="Times New Roman"/>
          <w:color w:val="000000" w:themeColor="text1"/>
          <w:sz w:val="28"/>
          <w:szCs w:val="28"/>
        </w:rPr>
        <w:t>t m</w:t>
      </w:r>
      <w:r w:rsidR="00D57A6B" w:rsidRPr="009B67E6">
        <w:rPr>
          <w:rFonts w:ascii="Times New Roman" w:hAnsi="Times New Roman" w:cs="Times New Roman"/>
          <w:color w:val="000000" w:themeColor="text1"/>
          <w:sz w:val="28"/>
          <w:szCs w:val="28"/>
        </w:rPr>
        <w:t>ả</w:t>
      </w:r>
      <w:r w:rsidR="00656A0C" w:rsidRPr="009B67E6">
        <w:rPr>
          <w:rFonts w:ascii="Times New Roman" w:hAnsi="Times New Roman" w:cs="Times New Roman"/>
          <w:color w:val="000000" w:themeColor="text1"/>
          <w:sz w:val="28"/>
          <w:szCs w:val="28"/>
        </w:rPr>
        <w:t>nh đất có nhiều dấu ấn lịch sử của miền sơn cước</w:t>
      </w:r>
      <w:r w:rsidR="008F7C31" w:rsidRPr="009B67E6">
        <w:rPr>
          <w:rFonts w:ascii="Times New Roman" w:hAnsi="Times New Roman" w:cs="Times New Roman"/>
          <w:color w:val="000000" w:themeColor="text1"/>
          <w:sz w:val="28"/>
          <w:szCs w:val="28"/>
        </w:rPr>
        <w:t>.</w:t>
      </w:r>
    </w:p>
    <w:p w14:paraId="2E14E666" w14:textId="77777777" w:rsidR="002C2DEB" w:rsidRPr="009B67E6" w:rsidRDefault="008F7C31" w:rsidP="009B5AC1">
      <w:pPr>
        <w:spacing w:before="120" w:after="120" w:line="240" w:lineRule="auto"/>
        <w:ind w:firstLine="720"/>
        <w:rPr>
          <w:rFonts w:ascii="Times New Roman" w:hAnsi="Times New Roman" w:cs="Times New Roman"/>
          <w:b/>
          <w:bCs/>
          <w:color w:val="000000" w:themeColor="text1"/>
          <w:sz w:val="28"/>
          <w:szCs w:val="28"/>
        </w:rPr>
      </w:pPr>
      <w:r w:rsidRPr="009B67E6">
        <w:rPr>
          <w:rFonts w:ascii="Times New Roman" w:hAnsi="Times New Roman" w:cs="Times New Roman"/>
          <w:b/>
          <w:bCs/>
          <w:color w:val="000000" w:themeColor="text1"/>
          <w:sz w:val="28"/>
          <w:szCs w:val="28"/>
        </w:rPr>
        <w:t>Từ người con xứ đồng bằng đến người giữ rừng vùng cao</w:t>
      </w:r>
    </w:p>
    <w:p w14:paraId="1087E21C" w14:textId="2BCE7B09" w:rsidR="00D94D2E" w:rsidRPr="009B67E6" w:rsidRDefault="000B2811" w:rsidP="00D57A6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9B67E6">
        <w:rPr>
          <w:rFonts w:ascii="Times New Roman" w:hAnsi="Times New Roman" w:cs="Times New Roman"/>
          <w:color w:val="000000" w:themeColor="text1"/>
          <w:sz w:val="28"/>
          <w:szCs w:val="28"/>
        </w:rPr>
        <w:tab/>
      </w:r>
      <w:r w:rsidR="008F7C31" w:rsidRPr="009B67E6">
        <w:rPr>
          <w:rFonts w:ascii="Times New Roman" w:hAnsi="Times New Roman" w:cs="Times New Roman"/>
          <w:color w:val="000000" w:themeColor="text1"/>
          <w:sz w:val="28"/>
          <w:szCs w:val="28"/>
        </w:rPr>
        <w:t>Sinh năm 1980</w:t>
      </w:r>
      <w:r w:rsidR="00656A0C" w:rsidRPr="009B67E6">
        <w:rPr>
          <w:rFonts w:ascii="Times New Roman" w:hAnsi="Times New Roman" w:cs="Times New Roman"/>
          <w:color w:val="000000" w:themeColor="text1"/>
          <w:sz w:val="28"/>
          <w:szCs w:val="28"/>
        </w:rPr>
        <w:t xml:space="preserve">, quê </w:t>
      </w:r>
      <w:r w:rsidR="008F7C31" w:rsidRPr="009B67E6">
        <w:rPr>
          <w:rFonts w:ascii="Times New Roman" w:hAnsi="Times New Roman" w:cs="Times New Roman"/>
          <w:color w:val="000000" w:themeColor="text1"/>
          <w:sz w:val="28"/>
          <w:szCs w:val="28"/>
        </w:rPr>
        <w:t>ở xã Tịnh Thọ, huyện Sơn Tịnh (Quảng Ngãi), chàng trai trẻ Đinh Văn Cư ngày ấy</w:t>
      </w:r>
      <w:r w:rsidR="00656A0C" w:rsidRPr="009B67E6">
        <w:rPr>
          <w:rFonts w:ascii="Times New Roman" w:hAnsi="Times New Roman" w:cs="Times New Roman"/>
          <w:color w:val="000000" w:themeColor="text1"/>
          <w:sz w:val="28"/>
          <w:szCs w:val="28"/>
        </w:rPr>
        <w:t xml:space="preserve"> chừng</w:t>
      </w:r>
      <w:r w:rsidR="008F7C31" w:rsidRPr="009B67E6">
        <w:rPr>
          <w:rFonts w:ascii="Times New Roman" w:hAnsi="Times New Roman" w:cs="Times New Roman"/>
          <w:color w:val="000000" w:themeColor="text1"/>
          <w:sz w:val="28"/>
          <w:szCs w:val="28"/>
        </w:rPr>
        <w:t xml:space="preserve"> </w:t>
      </w:r>
      <w:r w:rsidR="00656A0C" w:rsidRPr="009B67E6">
        <w:rPr>
          <w:rFonts w:ascii="Times New Roman" w:hAnsi="Times New Roman" w:cs="Times New Roman"/>
          <w:color w:val="000000" w:themeColor="text1"/>
          <w:sz w:val="28"/>
          <w:szCs w:val="28"/>
        </w:rPr>
        <w:t xml:space="preserve">tuổi đôi mươi </w:t>
      </w:r>
      <w:r w:rsidR="008F7C31" w:rsidRPr="009B67E6">
        <w:rPr>
          <w:rFonts w:ascii="Times New Roman" w:hAnsi="Times New Roman" w:cs="Times New Roman"/>
          <w:color w:val="000000" w:themeColor="text1"/>
          <w:sz w:val="28"/>
          <w:szCs w:val="28"/>
        </w:rPr>
        <w:t>có thể chọn một c</w:t>
      </w:r>
      <w:r w:rsidR="00A80B86" w:rsidRPr="009B67E6">
        <w:rPr>
          <w:rFonts w:ascii="Times New Roman" w:hAnsi="Times New Roman" w:cs="Times New Roman"/>
          <w:color w:val="000000" w:themeColor="text1"/>
          <w:sz w:val="28"/>
          <w:szCs w:val="28"/>
        </w:rPr>
        <w:t xml:space="preserve">ông </w:t>
      </w:r>
      <w:r w:rsidR="008F7C31" w:rsidRPr="009B67E6">
        <w:rPr>
          <w:rFonts w:ascii="Times New Roman" w:hAnsi="Times New Roman" w:cs="Times New Roman"/>
          <w:color w:val="000000" w:themeColor="text1"/>
          <w:sz w:val="28"/>
          <w:szCs w:val="28"/>
        </w:rPr>
        <w:t>việc ổn định ở vùng đồng bằng</w:t>
      </w:r>
      <w:r w:rsidR="00D57A6B" w:rsidRPr="009B67E6">
        <w:rPr>
          <w:rFonts w:ascii="Times New Roman" w:hAnsi="Times New Roman" w:cs="Times New Roman"/>
          <w:color w:val="000000" w:themeColor="text1"/>
          <w:sz w:val="28"/>
          <w:szCs w:val="28"/>
        </w:rPr>
        <w:t>, n</w:t>
      </w:r>
      <w:r w:rsidR="008F7C31" w:rsidRPr="009B67E6">
        <w:rPr>
          <w:rFonts w:ascii="Times New Roman" w:hAnsi="Times New Roman" w:cs="Times New Roman"/>
          <w:color w:val="000000" w:themeColor="text1"/>
          <w:sz w:val="28"/>
          <w:szCs w:val="28"/>
        </w:rPr>
        <w:t xml:space="preserve">hưng </w:t>
      </w:r>
      <w:r w:rsidR="00656A0C" w:rsidRPr="009B67E6">
        <w:rPr>
          <w:rFonts w:ascii="Times New Roman" w:hAnsi="Times New Roman" w:cs="Times New Roman"/>
          <w:color w:val="000000" w:themeColor="text1"/>
          <w:sz w:val="28"/>
          <w:szCs w:val="28"/>
        </w:rPr>
        <w:t>anh</w:t>
      </w:r>
      <w:r w:rsidR="008F7C31" w:rsidRPr="009B67E6">
        <w:rPr>
          <w:rFonts w:ascii="Times New Roman" w:hAnsi="Times New Roman" w:cs="Times New Roman"/>
          <w:color w:val="000000" w:themeColor="text1"/>
          <w:sz w:val="28"/>
          <w:szCs w:val="28"/>
        </w:rPr>
        <w:t xml:space="preserve"> lại chọn </w:t>
      </w:r>
      <w:r w:rsidR="00D57A6B" w:rsidRPr="009B67E6">
        <w:rPr>
          <w:rFonts w:ascii="Times New Roman" w:hAnsi="Times New Roman" w:cs="Times New Roman"/>
          <w:color w:val="000000" w:themeColor="text1"/>
          <w:sz w:val="28"/>
          <w:szCs w:val="28"/>
        </w:rPr>
        <w:t>lâm nghiệp</w:t>
      </w:r>
      <w:r w:rsidR="008F7C31" w:rsidRPr="009B67E6">
        <w:rPr>
          <w:rFonts w:ascii="Times New Roman" w:hAnsi="Times New Roman" w:cs="Times New Roman"/>
          <w:color w:val="000000" w:themeColor="text1"/>
          <w:sz w:val="28"/>
          <w:szCs w:val="28"/>
        </w:rPr>
        <w:t xml:space="preserve">. </w:t>
      </w:r>
      <w:r w:rsidR="00D94D2E" w:rsidRPr="009B67E6">
        <w:rPr>
          <w:rFonts w:ascii="Times New Roman" w:eastAsia="Times New Roman" w:hAnsi="Times New Roman" w:cs="Times New Roman"/>
          <w:color w:val="000000" w:themeColor="text1"/>
          <w:sz w:val="28"/>
          <w:szCs w:val="28"/>
        </w:rPr>
        <w:t xml:space="preserve">Từ </w:t>
      </w:r>
      <w:r w:rsidR="00D94D2E" w:rsidRPr="009B67E6">
        <w:rPr>
          <w:rFonts w:ascii="Times New Roman" w:eastAsia="Times New Roman" w:hAnsi="Times New Roman" w:cs="Times New Roman"/>
          <w:bCs/>
          <w:color w:val="000000" w:themeColor="text1"/>
          <w:sz w:val="28"/>
          <w:szCs w:val="28"/>
        </w:rPr>
        <w:t>năm 2003 đến tháng 8 năm 2025</w:t>
      </w:r>
      <w:r w:rsidR="00D94D2E" w:rsidRPr="009B67E6">
        <w:rPr>
          <w:rFonts w:ascii="Times New Roman" w:eastAsia="Times New Roman" w:hAnsi="Times New Roman" w:cs="Times New Roman"/>
          <w:color w:val="000000" w:themeColor="text1"/>
          <w:sz w:val="28"/>
          <w:szCs w:val="28"/>
        </w:rPr>
        <w:t>, anh c</w:t>
      </w:r>
      <w:r w:rsidR="00C87316" w:rsidRPr="009B67E6">
        <w:rPr>
          <w:rFonts w:ascii="Times New Roman" w:eastAsia="Times New Roman" w:hAnsi="Times New Roman" w:cs="Times New Roman"/>
          <w:color w:val="000000" w:themeColor="text1"/>
          <w:sz w:val="28"/>
          <w:szCs w:val="28"/>
        </w:rPr>
        <w:t xml:space="preserve">ông </w:t>
      </w:r>
      <w:r w:rsidR="00D94D2E" w:rsidRPr="009B67E6">
        <w:rPr>
          <w:rFonts w:ascii="Times New Roman" w:eastAsia="Times New Roman" w:hAnsi="Times New Roman" w:cs="Times New Roman"/>
          <w:color w:val="000000" w:themeColor="text1"/>
          <w:sz w:val="28"/>
          <w:szCs w:val="28"/>
        </w:rPr>
        <w:t xml:space="preserve">tác tại </w:t>
      </w:r>
      <w:r w:rsidR="00D94D2E" w:rsidRPr="009B67E6">
        <w:rPr>
          <w:rFonts w:ascii="Times New Roman" w:eastAsia="Times New Roman" w:hAnsi="Times New Roman" w:cs="Times New Roman"/>
          <w:bCs/>
          <w:color w:val="000000" w:themeColor="text1"/>
          <w:sz w:val="28"/>
          <w:szCs w:val="28"/>
        </w:rPr>
        <w:t>Hạt Kiểm lâm huyện Sơn Tây</w:t>
      </w:r>
      <w:r w:rsidR="00D94D2E" w:rsidRPr="009B67E6">
        <w:rPr>
          <w:rFonts w:ascii="Times New Roman" w:eastAsia="Times New Roman" w:hAnsi="Times New Roman" w:cs="Times New Roman"/>
          <w:color w:val="000000" w:themeColor="text1"/>
          <w:sz w:val="28"/>
          <w:szCs w:val="28"/>
        </w:rPr>
        <w:t xml:space="preserve">, trải qua nhiều vị trí khác nhau, từ kiểm lâm viên tuần tra cơ sở đến </w:t>
      </w:r>
      <w:r w:rsidR="00D94D2E" w:rsidRPr="009B67E6">
        <w:rPr>
          <w:rFonts w:ascii="Times New Roman" w:eastAsia="Times New Roman" w:hAnsi="Times New Roman" w:cs="Times New Roman"/>
          <w:bCs/>
          <w:color w:val="000000" w:themeColor="text1"/>
          <w:sz w:val="28"/>
          <w:szCs w:val="28"/>
        </w:rPr>
        <w:t>Phó Hạt trưởng, Phó Bí thư Chi bộ</w:t>
      </w:r>
      <w:r w:rsidR="00D94D2E" w:rsidRPr="009B67E6">
        <w:rPr>
          <w:rFonts w:ascii="Times New Roman" w:eastAsia="Times New Roman" w:hAnsi="Times New Roman" w:cs="Times New Roman"/>
          <w:color w:val="000000" w:themeColor="text1"/>
          <w:sz w:val="28"/>
          <w:szCs w:val="28"/>
        </w:rPr>
        <w:t>. Dù ở cương vị nào, anh cũng luôn tận tụy, gương mẫu, hết lòng vì nhiệm vụ.</w:t>
      </w:r>
      <w:r w:rsidR="00D57A6B" w:rsidRPr="009B67E6">
        <w:rPr>
          <w:rFonts w:ascii="Times New Roman" w:eastAsia="Times New Roman" w:hAnsi="Times New Roman" w:cs="Times New Roman"/>
          <w:color w:val="000000" w:themeColor="text1"/>
          <w:sz w:val="28"/>
          <w:szCs w:val="28"/>
        </w:rPr>
        <w:t xml:space="preserve"> </w:t>
      </w:r>
      <w:r w:rsidR="00D94D2E" w:rsidRPr="009B67E6">
        <w:rPr>
          <w:rFonts w:ascii="Times New Roman" w:eastAsia="Times New Roman" w:hAnsi="Times New Roman" w:cs="Times New Roman"/>
          <w:color w:val="000000" w:themeColor="text1"/>
          <w:sz w:val="28"/>
          <w:szCs w:val="28"/>
        </w:rPr>
        <w:t>Anh từng chia sẻ:</w:t>
      </w:r>
      <w:r w:rsidR="00D57A6B" w:rsidRPr="009B67E6">
        <w:rPr>
          <w:rFonts w:ascii="Times New Roman" w:eastAsia="Times New Roman" w:hAnsi="Times New Roman" w:cs="Times New Roman"/>
          <w:color w:val="000000" w:themeColor="text1"/>
          <w:sz w:val="28"/>
          <w:szCs w:val="28"/>
        </w:rPr>
        <w:t xml:space="preserve"> </w:t>
      </w:r>
      <w:r w:rsidR="00D94D2E" w:rsidRPr="009B67E6">
        <w:rPr>
          <w:rFonts w:ascii="Times New Roman" w:eastAsia="Times New Roman" w:hAnsi="Times New Roman" w:cs="Times New Roman"/>
          <w:color w:val="000000" w:themeColor="text1"/>
          <w:sz w:val="28"/>
          <w:szCs w:val="28"/>
        </w:rPr>
        <w:t>“Nghề mình chọn, dù có khó cũng phải làm cho ra trò. Giữ rừng là giữ lấy sự sống – giữ cho con cháu mai sau có được màu xanh để nương tựa.”</w:t>
      </w:r>
    </w:p>
    <w:p w14:paraId="69D5D3D3" w14:textId="77777777" w:rsidR="00A80B86" w:rsidRPr="009B67E6" w:rsidRDefault="002C2DEB" w:rsidP="009B5AC1">
      <w:pPr>
        <w:spacing w:before="120" w:after="120" w:line="240" w:lineRule="auto"/>
        <w:ind w:firstLine="720"/>
        <w:jc w:val="both"/>
        <w:rPr>
          <w:rFonts w:ascii="Times New Roman" w:hAnsi="Times New Roman" w:cs="Times New Roman"/>
          <w:b/>
          <w:bCs/>
          <w:color w:val="000000" w:themeColor="text1"/>
          <w:sz w:val="28"/>
          <w:szCs w:val="28"/>
        </w:rPr>
      </w:pPr>
      <w:r w:rsidRPr="009B67E6">
        <w:rPr>
          <w:rFonts w:ascii="Times New Roman" w:hAnsi="Times New Roman" w:cs="Times New Roman"/>
          <w:b/>
          <w:bCs/>
          <w:color w:val="000000" w:themeColor="text1"/>
          <w:sz w:val="28"/>
          <w:szCs w:val="28"/>
        </w:rPr>
        <w:t>Sống giản dị, làm việc hế</w:t>
      </w:r>
      <w:r w:rsidR="00A80B86" w:rsidRPr="009B67E6">
        <w:rPr>
          <w:rFonts w:ascii="Times New Roman" w:hAnsi="Times New Roman" w:cs="Times New Roman"/>
          <w:b/>
          <w:bCs/>
          <w:color w:val="000000" w:themeColor="text1"/>
          <w:sz w:val="28"/>
          <w:szCs w:val="28"/>
        </w:rPr>
        <w:t>t lòng</w:t>
      </w:r>
    </w:p>
    <w:p w14:paraId="7973AAD3" w14:textId="36BE2CCC" w:rsidR="0041743B" w:rsidRPr="009B67E6" w:rsidRDefault="002C2DEB" w:rsidP="009B5AC1">
      <w:pPr>
        <w:spacing w:before="120" w:after="120" w:line="240" w:lineRule="auto"/>
        <w:ind w:firstLine="720"/>
        <w:jc w:val="both"/>
        <w:rPr>
          <w:rFonts w:ascii="Times New Roman" w:hAnsi="Times New Roman" w:cs="Times New Roman"/>
          <w:color w:val="000000" w:themeColor="text1"/>
          <w:sz w:val="28"/>
          <w:szCs w:val="28"/>
        </w:rPr>
      </w:pPr>
      <w:r w:rsidRPr="009B67E6">
        <w:rPr>
          <w:rFonts w:ascii="Times New Roman" w:hAnsi="Times New Roman" w:cs="Times New Roman"/>
          <w:color w:val="000000" w:themeColor="text1"/>
          <w:sz w:val="28"/>
          <w:szCs w:val="28"/>
        </w:rPr>
        <w:t xml:space="preserve"> </w:t>
      </w:r>
      <w:r w:rsidR="0041743B" w:rsidRPr="009B67E6">
        <w:rPr>
          <w:rFonts w:ascii="Times New Roman" w:hAnsi="Times New Roman" w:cs="Times New Roman"/>
          <w:color w:val="000000" w:themeColor="text1"/>
          <w:sz w:val="28"/>
          <w:szCs w:val="28"/>
        </w:rPr>
        <w:t>Ở</w:t>
      </w:r>
      <w:r w:rsidR="00D94D2E" w:rsidRPr="009B67E6">
        <w:rPr>
          <w:rFonts w:ascii="Times New Roman" w:hAnsi="Times New Roman" w:cs="Times New Roman"/>
          <w:color w:val="000000" w:themeColor="text1"/>
          <w:sz w:val="28"/>
          <w:szCs w:val="28"/>
        </w:rPr>
        <w:t xml:space="preserve"> cơ quan, Anh</w:t>
      </w:r>
      <w:r w:rsidR="0041743B" w:rsidRPr="009B67E6">
        <w:rPr>
          <w:rFonts w:ascii="Times New Roman" w:hAnsi="Times New Roman" w:cs="Times New Roman"/>
          <w:color w:val="000000" w:themeColor="text1"/>
          <w:sz w:val="28"/>
          <w:szCs w:val="28"/>
        </w:rPr>
        <w:t xml:space="preserve"> là </w:t>
      </w:r>
      <w:r w:rsidR="0041743B" w:rsidRPr="009B67E6">
        <w:rPr>
          <w:rStyle w:val="Strong"/>
          <w:rFonts w:ascii="Times New Roman" w:hAnsi="Times New Roman" w:cs="Times New Roman"/>
          <w:b w:val="0"/>
          <w:bCs w:val="0"/>
          <w:color w:val="000000" w:themeColor="text1"/>
          <w:sz w:val="28"/>
          <w:szCs w:val="28"/>
        </w:rPr>
        <w:t>Phó Bí thư Chi bộ, Phó Hạt trưởng</w:t>
      </w:r>
      <w:r w:rsidR="0041743B" w:rsidRPr="009B67E6">
        <w:rPr>
          <w:rFonts w:ascii="Times New Roman" w:hAnsi="Times New Roman" w:cs="Times New Roman"/>
          <w:b/>
          <w:bCs/>
          <w:color w:val="000000" w:themeColor="text1"/>
          <w:sz w:val="28"/>
          <w:szCs w:val="28"/>
        </w:rPr>
        <w:t>,</w:t>
      </w:r>
      <w:r w:rsidR="0041743B" w:rsidRPr="009B67E6">
        <w:rPr>
          <w:rFonts w:ascii="Times New Roman" w:hAnsi="Times New Roman" w:cs="Times New Roman"/>
          <w:color w:val="000000" w:themeColor="text1"/>
          <w:sz w:val="28"/>
          <w:szCs w:val="28"/>
        </w:rPr>
        <w:t xml:space="preserve"> nhưng ai cũng quen gọi </w:t>
      </w:r>
      <w:r w:rsidR="00D57A6B" w:rsidRPr="009B67E6">
        <w:rPr>
          <w:rFonts w:ascii="Times New Roman" w:hAnsi="Times New Roman" w:cs="Times New Roman"/>
          <w:color w:val="000000" w:themeColor="text1"/>
          <w:sz w:val="28"/>
          <w:szCs w:val="28"/>
        </w:rPr>
        <w:t xml:space="preserve">anh với cái tên </w:t>
      </w:r>
      <w:r w:rsidR="0041743B" w:rsidRPr="009B67E6">
        <w:rPr>
          <w:rFonts w:ascii="Times New Roman" w:hAnsi="Times New Roman" w:cs="Times New Roman"/>
          <w:color w:val="000000" w:themeColor="text1"/>
          <w:sz w:val="28"/>
          <w:szCs w:val="28"/>
        </w:rPr>
        <w:t>thân mật là “anh Cư”.</w:t>
      </w:r>
      <w:r w:rsidRPr="009B67E6">
        <w:rPr>
          <w:rFonts w:ascii="Times New Roman" w:hAnsi="Times New Roman" w:cs="Times New Roman"/>
          <w:color w:val="000000" w:themeColor="text1"/>
          <w:sz w:val="28"/>
          <w:szCs w:val="28"/>
        </w:rPr>
        <w:t xml:space="preserve"> </w:t>
      </w:r>
      <w:r w:rsidR="0041743B" w:rsidRPr="009B67E6">
        <w:rPr>
          <w:rFonts w:ascii="Times New Roman" w:hAnsi="Times New Roman" w:cs="Times New Roman"/>
          <w:color w:val="000000" w:themeColor="text1"/>
          <w:sz w:val="28"/>
          <w:szCs w:val="28"/>
        </w:rPr>
        <w:t xml:space="preserve">Nhiều lần, giữa </w:t>
      </w:r>
      <w:r w:rsidR="00D57A6B" w:rsidRPr="009B67E6">
        <w:rPr>
          <w:rFonts w:ascii="Times New Roman" w:hAnsi="Times New Roman" w:cs="Times New Roman"/>
          <w:color w:val="000000" w:themeColor="text1"/>
          <w:sz w:val="28"/>
          <w:szCs w:val="28"/>
        </w:rPr>
        <w:t xml:space="preserve">lúc </w:t>
      </w:r>
      <w:r w:rsidRPr="009B67E6">
        <w:rPr>
          <w:rFonts w:ascii="Times New Roman" w:hAnsi="Times New Roman" w:cs="Times New Roman"/>
          <w:color w:val="000000" w:themeColor="text1"/>
          <w:sz w:val="28"/>
          <w:szCs w:val="28"/>
        </w:rPr>
        <w:t>ăn trưa cùng anh em trong đơn vị</w:t>
      </w:r>
      <w:r w:rsidR="0041743B" w:rsidRPr="009B67E6">
        <w:rPr>
          <w:rFonts w:ascii="Times New Roman" w:hAnsi="Times New Roman" w:cs="Times New Roman"/>
          <w:color w:val="000000" w:themeColor="text1"/>
          <w:sz w:val="28"/>
          <w:szCs w:val="28"/>
        </w:rPr>
        <w:t xml:space="preserve">, nhận tin </w:t>
      </w:r>
      <w:r w:rsidR="00D57A6B" w:rsidRPr="009B67E6">
        <w:rPr>
          <w:rFonts w:ascii="Times New Roman" w:hAnsi="Times New Roman" w:cs="Times New Roman"/>
          <w:color w:val="000000" w:themeColor="text1"/>
          <w:sz w:val="28"/>
          <w:szCs w:val="28"/>
        </w:rPr>
        <w:t>báo cháy rừng</w:t>
      </w:r>
      <w:r w:rsidR="00D94D2E" w:rsidRPr="009B67E6">
        <w:rPr>
          <w:rFonts w:ascii="Times New Roman" w:hAnsi="Times New Roman" w:cs="Times New Roman"/>
          <w:color w:val="000000" w:themeColor="text1"/>
          <w:sz w:val="28"/>
          <w:szCs w:val="28"/>
        </w:rPr>
        <w:t xml:space="preserve">, </w:t>
      </w:r>
      <w:r w:rsidR="00D57A6B" w:rsidRPr="009B67E6">
        <w:rPr>
          <w:rFonts w:ascii="Times New Roman" w:hAnsi="Times New Roman" w:cs="Times New Roman"/>
          <w:color w:val="000000" w:themeColor="text1"/>
          <w:sz w:val="28"/>
          <w:szCs w:val="28"/>
        </w:rPr>
        <w:t>phải bỏ dở bữa ăn, tay chân thoăn thoắt mặc</w:t>
      </w:r>
      <w:r w:rsidR="0041743B" w:rsidRPr="009B67E6">
        <w:rPr>
          <w:rFonts w:ascii="Times New Roman" w:hAnsi="Times New Roman" w:cs="Times New Roman"/>
          <w:color w:val="000000" w:themeColor="text1"/>
          <w:sz w:val="28"/>
          <w:szCs w:val="28"/>
        </w:rPr>
        <w:t xml:space="preserve"> </w:t>
      </w:r>
      <w:r w:rsidRPr="009B67E6">
        <w:rPr>
          <w:rFonts w:ascii="Times New Roman" w:hAnsi="Times New Roman" w:cs="Times New Roman"/>
          <w:color w:val="000000" w:themeColor="text1"/>
          <w:sz w:val="28"/>
          <w:szCs w:val="28"/>
        </w:rPr>
        <w:t>trang phục và chiếc rựa tẻo teo</w:t>
      </w:r>
      <w:r w:rsidR="0041743B" w:rsidRPr="009B67E6">
        <w:rPr>
          <w:rFonts w:ascii="Times New Roman" w:hAnsi="Times New Roman" w:cs="Times New Roman"/>
          <w:color w:val="000000" w:themeColor="text1"/>
          <w:sz w:val="28"/>
          <w:szCs w:val="28"/>
        </w:rPr>
        <w:t xml:space="preserve"> chạy đi trước. Khi anh em tới nơi, đã thấy </w:t>
      </w:r>
      <w:r w:rsidR="00C87316" w:rsidRPr="009B67E6">
        <w:rPr>
          <w:rFonts w:ascii="Times New Roman" w:hAnsi="Times New Roman" w:cs="Times New Roman"/>
          <w:color w:val="000000" w:themeColor="text1"/>
          <w:sz w:val="28"/>
          <w:szCs w:val="28"/>
        </w:rPr>
        <w:t xml:space="preserve">anh </w:t>
      </w:r>
      <w:r w:rsidR="0041743B" w:rsidRPr="009B67E6">
        <w:rPr>
          <w:rFonts w:ascii="Times New Roman" w:hAnsi="Times New Roman" w:cs="Times New Roman"/>
          <w:color w:val="000000" w:themeColor="text1"/>
          <w:sz w:val="28"/>
          <w:szCs w:val="28"/>
        </w:rPr>
        <w:t>cùng dân bản dập lửa, áo ướt sũng, mặt lấm đầy tro</w:t>
      </w:r>
      <w:r w:rsidRPr="009B67E6">
        <w:rPr>
          <w:rFonts w:ascii="Times New Roman" w:hAnsi="Times New Roman" w:cs="Times New Roman"/>
          <w:color w:val="000000" w:themeColor="text1"/>
          <w:sz w:val="28"/>
          <w:szCs w:val="28"/>
        </w:rPr>
        <w:t xml:space="preserve"> bụi</w:t>
      </w:r>
      <w:r w:rsidR="0041743B" w:rsidRPr="009B67E6">
        <w:rPr>
          <w:rFonts w:ascii="Times New Roman" w:hAnsi="Times New Roman" w:cs="Times New Roman"/>
          <w:color w:val="000000" w:themeColor="text1"/>
          <w:sz w:val="28"/>
          <w:szCs w:val="28"/>
        </w:rPr>
        <w:t>.</w:t>
      </w:r>
    </w:p>
    <w:p w14:paraId="2FC7C7B4" w14:textId="65FAB396" w:rsidR="0041743B" w:rsidRPr="009B67E6" w:rsidRDefault="00D57A6B" w:rsidP="009B5AC1">
      <w:pPr>
        <w:pStyle w:val="NormalWeb"/>
        <w:spacing w:before="120" w:beforeAutospacing="0" w:after="120" w:afterAutospacing="0"/>
        <w:ind w:firstLine="720"/>
        <w:jc w:val="both"/>
        <w:rPr>
          <w:color w:val="000000" w:themeColor="text1"/>
          <w:sz w:val="28"/>
          <w:szCs w:val="28"/>
        </w:rPr>
      </w:pPr>
      <w:r w:rsidRPr="009B67E6">
        <w:rPr>
          <w:color w:val="000000" w:themeColor="text1"/>
          <w:sz w:val="28"/>
          <w:szCs w:val="28"/>
        </w:rPr>
        <w:t>Tiếp xúc nhiều mới thấy</w:t>
      </w:r>
      <w:r w:rsidR="0041743B" w:rsidRPr="009B67E6">
        <w:rPr>
          <w:color w:val="000000" w:themeColor="text1"/>
          <w:sz w:val="28"/>
          <w:szCs w:val="28"/>
        </w:rPr>
        <w:t xml:space="preserve">, </w:t>
      </w:r>
      <w:r w:rsidR="00C87316" w:rsidRPr="009B67E6">
        <w:rPr>
          <w:color w:val="000000" w:themeColor="text1"/>
          <w:sz w:val="28"/>
          <w:szCs w:val="28"/>
        </w:rPr>
        <w:t xml:space="preserve">anh </w:t>
      </w:r>
      <w:r w:rsidR="0041743B" w:rsidRPr="009B67E6">
        <w:rPr>
          <w:color w:val="000000" w:themeColor="text1"/>
          <w:sz w:val="28"/>
          <w:szCs w:val="28"/>
        </w:rPr>
        <w:t>là</w:t>
      </w:r>
      <w:r w:rsidR="00C50C12" w:rsidRPr="009B67E6">
        <w:rPr>
          <w:color w:val="000000" w:themeColor="text1"/>
          <w:sz w:val="28"/>
          <w:szCs w:val="28"/>
        </w:rPr>
        <w:t xml:space="preserve"> người gần gũi, sống giản dị,</w:t>
      </w:r>
      <w:r w:rsidR="0041743B" w:rsidRPr="009B67E6">
        <w:rPr>
          <w:color w:val="000000" w:themeColor="text1"/>
          <w:sz w:val="28"/>
          <w:szCs w:val="28"/>
        </w:rPr>
        <w:t xml:space="preserve"> ng</w:t>
      </w:r>
      <w:r w:rsidR="00C50C12" w:rsidRPr="009B67E6">
        <w:rPr>
          <w:color w:val="000000" w:themeColor="text1"/>
          <w:sz w:val="28"/>
          <w:szCs w:val="28"/>
        </w:rPr>
        <w:t>ười</w:t>
      </w:r>
      <w:r w:rsidR="0041743B" w:rsidRPr="009B67E6">
        <w:rPr>
          <w:color w:val="000000" w:themeColor="text1"/>
          <w:sz w:val="28"/>
          <w:szCs w:val="28"/>
        </w:rPr>
        <w:t xml:space="preserve"> luôn quan tâm đến đời sống anh em. Mỗi dịp Trung thu, </w:t>
      </w:r>
      <w:r w:rsidR="00C87316" w:rsidRPr="009B67E6">
        <w:rPr>
          <w:color w:val="000000" w:themeColor="text1"/>
          <w:sz w:val="28"/>
          <w:szCs w:val="28"/>
        </w:rPr>
        <w:t xml:space="preserve">anh </w:t>
      </w:r>
      <w:r w:rsidR="0041743B" w:rsidRPr="009B67E6">
        <w:rPr>
          <w:color w:val="000000" w:themeColor="text1"/>
          <w:sz w:val="28"/>
          <w:szCs w:val="28"/>
        </w:rPr>
        <w:t xml:space="preserve">đứng ra </w:t>
      </w:r>
      <w:r w:rsidRPr="009B67E6">
        <w:rPr>
          <w:color w:val="000000" w:themeColor="text1"/>
          <w:sz w:val="28"/>
          <w:szCs w:val="28"/>
        </w:rPr>
        <w:t xml:space="preserve">hô hào </w:t>
      </w:r>
      <w:r w:rsidR="0041743B" w:rsidRPr="009B67E6">
        <w:rPr>
          <w:color w:val="000000" w:themeColor="text1"/>
          <w:sz w:val="28"/>
          <w:szCs w:val="28"/>
        </w:rPr>
        <w:t xml:space="preserve">quyên góp quà cho con em cán bộ, rồi lại trích tiền cá nhân tặng quà cho học sinh nghèo vùng cao. </w:t>
      </w:r>
      <w:r w:rsidR="00C87316" w:rsidRPr="009B67E6">
        <w:rPr>
          <w:color w:val="000000" w:themeColor="text1"/>
          <w:sz w:val="28"/>
          <w:szCs w:val="28"/>
        </w:rPr>
        <w:t xml:space="preserve">Anh </w:t>
      </w:r>
      <w:r w:rsidR="0041743B" w:rsidRPr="009B67E6">
        <w:rPr>
          <w:color w:val="000000" w:themeColor="text1"/>
          <w:sz w:val="28"/>
          <w:szCs w:val="28"/>
        </w:rPr>
        <w:t>nói:</w:t>
      </w:r>
      <w:r w:rsidR="002C2DEB" w:rsidRPr="009B67E6">
        <w:rPr>
          <w:color w:val="000000" w:themeColor="text1"/>
          <w:sz w:val="28"/>
          <w:szCs w:val="28"/>
        </w:rPr>
        <w:t xml:space="preserve"> </w:t>
      </w:r>
      <w:r w:rsidR="0041743B" w:rsidRPr="009B67E6">
        <w:rPr>
          <w:color w:val="000000" w:themeColor="text1"/>
          <w:sz w:val="28"/>
          <w:szCs w:val="28"/>
        </w:rPr>
        <w:t>“Chúng tôi đi giữ rừng, nhưng cũng phải giữ tình người. Có rừng xanh mà lòng người khô cằn thì cũng vô nghĩa.”</w:t>
      </w:r>
    </w:p>
    <w:p w14:paraId="1E45176A" w14:textId="77777777" w:rsidR="007878D4" w:rsidRPr="009B67E6" w:rsidRDefault="008F7C31" w:rsidP="009B5AC1">
      <w:pPr>
        <w:pStyle w:val="Heading2"/>
        <w:spacing w:before="120" w:after="120" w:line="240" w:lineRule="auto"/>
        <w:ind w:firstLine="720"/>
        <w:jc w:val="both"/>
        <w:rPr>
          <w:rFonts w:ascii="Times New Roman" w:hAnsi="Times New Roman" w:cs="Times New Roman"/>
          <w:color w:val="000000" w:themeColor="text1"/>
          <w:sz w:val="28"/>
          <w:szCs w:val="28"/>
        </w:rPr>
      </w:pPr>
      <w:r w:rsidRPr="009B67E6">
        <w:rPr>
          <w:rFonts w:ascii="Times New Roman" w:hAnsi="Times New Roman" w:cs="Times New Roman"/>
          <w:color w:val="000000" w:themeColor="text1"/>
          <w:sz w:val="28"/>
          <w:szCs w:val="28"/>
        </w:rPr>
        <w:t>Giữa lằn ranh của bình yên và hiểm nguy</w:t>
      </w:r>
    </w:p>
    <w:p w14:paraId="5B9FFADF" w14:textId="09BD205D" w:rsidR="007878D4" w:rsidRPr="009B67E6" w:rsidRDefault="008F7C31" w:rsidP="009B5AC1">
      <w:pPr>
        <w:spacing w:before="120" w:after="120" w:line="240" w:lineRule="auto"/>
        <w:ind w:firstLine="720"/>
        <w:jc w:val="both"/>
        <w:rPr>
          <w:rFonts w:ascii="Times New Roman" w:hAnsi="Times New Roman" w:cs="Times New Roman"/>
          <w:color w:val="000000" w:themeColor="text1"/>
          <w:sz w:val="28"/>
          <w:szCs w:val="28"/>
        </w:rPr>
      </w:pPr>
      <w:r w:rsidRPr="009B67E6">
        <w:rPr>
          <w:rFonts w:ascii="Times New Roman" w:hAnsi="Times New Roman" w:cs="Times New Roman"/>
          <w:color w:val="000000" w:themeColor="text1"/>
          <w:sz w:val="28"/>
          <w:szCs w:val="28"/>
        </w:rPr>
        <w:t>Làm Kiểm lâm ở miền núi kh</w:t>
      </w:r>
      <w:r w:rsidR="00C87316" w:rsidRPr="009B67E6">
        <w:rPr>
          <w:rFonts w:ascii="Times New Roman" w:hAnsi="Times New Roman" w:cs="Times New Roman"/>
          <w:color w:val="000000" w:themeColor="text1"/>
          <w:sz w:val="28"/>
          <w:szCs w:val="28"/>
        </w:rPr>
        <w:t xml:space="preserve">ông </w:t>
      </w:r>
      <w:r w:rsidRPr="009B67E6">
        <w:rPr>
          <w:rFonts w:ascii="Times New Roman" w:hAnsi="Times New Roman" w:cs="Times New Roman"/>
          <w:color w:val="000000" w:themeColor="text1"/>
          <w:sz w:val="28"/>
          <w:szCs w:val="28"/>
        </w:rPr>
        <w:t xml:space="preserve">chỉ là chuyện quản lý, mà là đối diện với những hiểm nguy rất thật. Có những đêm </w:t>
      </w:r>
      <w:r w:rsidR="00C87316" w:rsidRPr="009B67E6">
        <w:rPr>
          <w:rFonts w:ascii="Times New Roman" w:hAnsi="Times New Roman" w:cs="Times New Roman"/>
          <w:color w:val="000000" w:themeColor="text1"/>
          <w:sz w:val="28"/>
          <w:szCs w:val="28"/>
        </w:rPr>
        <w:t xml:space="preserve">anh </w:t>
      </w:r>
      <w:r w:rsidRPr="009B67E6">
        <w:rPr>
          <w:rFonts w:ascii="Times New Roman" w:hAnsi="Times New Roman" w:cs="Times New Roman"/>
          <w:color w:val="000000" w:themeColor="text1"/>
          <w:sz w:val="28"/>
          <w:szCs w:val="28"/>
        </w:rPr>
        <w:t>cùng anh em trực chiến giữa rừng, tay cầm đèn pin soi khắp sườn dốc để kiểm tra dấu vết chặt phá</w:t>
      </w:r>
      <w:r w:rsidR="002C2DEB" w:rsidRPr="009B67E6">
        <w:rPr>
          <w:rFonts w:ascii="Times New Roman" w:hAnsi="Times New Roman" w:cs="Times New Roman"/>
          <w:color w:val="000000" w:themeColor="text1"/>
          <w:sz w:val="28"/>
          <w:szCs w:val="28"/>
        </w:rPr>
        <w:t>, lối kéo gỗ, lặng lội núp trong bóng đêm, bụi rậm um tùm</w:t>
      </w:r>
      <w:r w:rsidRPr="009B67E6">
        <w:rPr>
          <w:rFonts w:ascii="Times New Roman" w:hAnsi="Times New Roman" w:cs="Times New Roman"/>
          <w:color w:val="000000" w:themeColor="text1"/>
          <w:sz w:val="28"/>
          <w:szCs w:val="28"/>
        </w:rPr>
        <w:t xml:space="preserve">. </w:t>
      </w:r>
      <w:r w:rsidR="00D14E8D" w:rsidRPr="009B67E6">
        <w:rPr>
          <w:rFonts w:ascii="Times New Roman" w:hAnsi="Times New Roman" w:cs="Times New Roman"/>
          <w:color w:val="000000" w:themeColor="text1"/>
          <w:sz w:val="28"/>
          <w:szCs w:val="28"/>
        </w:rPr>
        <w:t>Có lần đi tuần tra ở</w:t>
      </w:r>
      <w:r w:rsidR="009B67E6">
        <w:rPr>
          <w:rFonts w:ascii="Times New Roman" w:hAnsi="Times New Roman" w:cs="Times New Roman"/>
          <w:color w:val="000000" w:themeColor="text1"/>
          <w:sz w:val="28"/>
          <w:szCs w:val="28"/>
        </w:rPr>
        <w:t xml:space="preserve"> </w:t>
      </w:r>
      <w:r w:rsidR="00DB1536">
        <w:rPr>
          <w:rFonts w:ascii="Times New Roman" w:hAnsi="Times New Roman" w:cs="Times New Roman"/>
          <w:color w:val="000000" w:themeColor="text1"/>
          <w:sz w:val="28"/>
          <w:szCs w:val="28"/>
        </w:rPr>
        <w:t xml:space="preserve">tiểu </w:t>
      </w:r>
      <w:r w:rsidR="002829DB">
        <w:rPr>
          <w:rFonts w:ascii="Times New Roman" w:hAnsi="Times New Roman" w:cs="Times New Roman"/>
          <w:color w:val="000000" w:themeColor="text1"/>
          <w:sz w:val="28"/>
          <w:szCs w:val="28"/>
        </w:rPr>
        <w:t>khu 183</w:t>
      </w:r>
      <w:r w:rsidR="00DB1536">
        <w:rPr>
          <w:rFonts w:ascii="Times New Roman" w:hAnsi="Times New Roman" w:cs="Times New Roman"/>
          <w:color w:val="000000" w:themeColor="text1"/>
          <w:sz w:val="28"/>
          <w:szCs w:val="28"/>
        </w:rPr>
        <w:t>A</w:t>
      </w:r>
      <w:r w:rsidRPr="009B67E6">
        <w:rPr>
          <w:rFonts w:ascii="Times New Roman" w:hAnsi="Times New Roman" w:cs="Times New Roman"/>
          <w:color w:val="000000" w:themeColor="text1"/>
          <w:sz w:val="28"/>
          <w:szCs w:val="28"/>
        </w:rPr>
        <w:t xml:space="preserve"> </w:t>
      </w:r>
      <w:r w:rsidR="002829DB">
        <w:rPr>
          <w:rFonts w:ascii="Times New Roman" w:hAnsi="Times New Roman" w:cs="Times New Roman"/>
          <w:color w:val="000000" w:themeColor="text1"/>
          <w:sz w:val="28"/>
          <w:szCs w:val="28"/>
        </w:rPr>
        <w:t xml:space="preserve">thuộc lâm phần quản lý của </w:t>
      </w:r>
      <w:r w:rsidR="002829DB">
        <w:rPr>
          <w:rFonts w:ascii="Times New Roman" w:hAnsi="Times New Roman" w:cs="Times New Roman"/>
          <w:color w:val="000000" w:themeColor="text1"/>
          <w:sz w:val="28"/>
          <w:szCs w:val="28"/>
          <w:lang w:val="vi-VN"/>
        </w:rPr>
        <w:t xml:space="preserve">Ban quản lý rừng phòng hộ hạ Thạch nham, anh </w:t>
      </w:r>
      <w:r w:rsidRPr="009B67E6">
        <w:rPr>
          <w:rFonts w:ascii="Times New Roman" w:hAnsi="Times New Roman" w:cs="Times New Roman"/>
          <w:color w:val="000000" w:themeColor="text1"/>
          <w:sz w:val="28"/>
          <w:szCs w:val="28"/>
        </w:rPr>
        <w:t>bị vấp ngã trật chân giữa đêm, phải tự băng bó rồi vẫn đi tiếp vì kh</w:t>
      </w:r>
      <w:r w:rsidR="00C87316" w:rsidRPr="009B67E6">
        <w:rPr>
          <w:rFonts w:ascii="Times New Roman" w:hAnsi="Times New Roman" w:cs="Times New Roman"/>
          <w:color w:val="000000" w:themeColor="text1"/>
          <w:sz w:val="28"/>
          <w:szCs w:val="28"/>
        </w:rPr>
        <w:t xml:space="preserve">ông </w:t>
      </w:r>
      <w:r w:rsidRPr="009B67E6">
        <w:rPr>
          <w:rFonts w:ascii="Times New Roman" w:hAnsi="Times New Roman" w:cs="Times New Roman"/>
          <w:color w:val="000000" w:themeColor="text1"/>
          <w:sz w:val="28"/>
          <w:szCs w:val="28"/>
        </w:rPr>
        <w:t>thể bỏ dở việc tuần tra</w:t>
      </w:r>
      <w:r w:rsidR="00D14E8D" w:rsidRPr="009B67E6">
        <w:rPr>
          <w:rFonts w:ascii="Times New Roman" w:hAnsi="Times New Roman" w:cs="Times New Roman"/>
          <w:color w:val="000000" w:themeColor="text1"/>
          <w:sz w:val="28"/>
          <w:szCs w:val="28"/>
        </w:rPr>
        <w:t>, không thể để cả đoàn vì mình mà chậm trễ</w:t>
      </w:r>
      <w:r w:rsidRPr="009B67E6">
        <w:rPr>
          <w:rFonts w:ascii="Times New Roman" w:hAnsi="Times New Roman" w:cs="Times New Roman"/>
          <w:color w:val="000000" w:themeColor="text1"/>
          <w:sz w:val="28"/>
          <w:szCs w:val="28"/>
        </w:rPr>
        <w:t xml:space="preserve">. Có lần gặp nhóm đối tượng vận chuyển gỗ </w:t>
      </w:r>
      <w:r w:rsidR="00D14E8D" w:rsidRPr="009B67E6">
        <w:rPr>
          <w:rFonts w:ascii="Times New Roman" w:hAnsi="Times New Roman" w:cs="Times New Roman"/>
          <w:color w:val="000000" w:themeColor="text1"/>
          <w:sz w:val="28"/>
          <w:szCs w:val="28"/>
        </w:rPr>
        <w:t>trái phép</w:t>
      </w:r>
      <w:r w:rsidRPr="009B67E6">
        <w:rPr>
          <w:rFonts w:ascii="Times New Roman" w:hAnsi="Times New Roman" w:cs="Times New Roman"/>
          <w:color w:val="000000" w:themeColor="text1"/>
          <w:sz w:val="28"/>
          <w:szCs w:val="28"/>
        </w:rPr>
        <w:t xml:space="preserve">, bị dọa nạt nhưng </w:t>
      </w:r>
      <w:r w:rsidR="00C87316" w:rsidRPr="009B67E6">
        <w:rPr>
          <w:rFonts w:ascii="Times New Roman" w:hAnsi="Times New Roman" w:cs="Times New Roman"/>
          <w:color w:val="000000" w:themeColor="text1"/>
          <w:sz w:val="28"/>
          <w:szCs w:val="28"/>
        </w:rPr>
        <w:t xml:space="preserve">anh </w:t>
      </w:r>
      <w:r w:rsidRPr="009B67E6">
        <w:rPr>
          <w:rFonts w:ascii="Times New Roman" w:hAnsi="Times New Roman" w:cs="Times New Roman"/>
          <w:color w:val="000000" w:themeColor="text1"/>
          <w:sz w:val="28"/>
          <w:szCs w:val="28"/>
        </w:rPr>
        <w:t xml:space="preserve">chỉ nói ngắn gọn: “Tôi làm đúng pháp luật. Anh muốn sống yên thì để rừng </w:t>
      </w:r>
      <w:r w:rsidR="002C2DEB" w:rsidRPr="009B67E6">
        <w:rPr>
          <w:rFonts w:ascii="Times New Roman" w:hAnsi="Times New Roman" w:cs="Times New Roman"/>
          <w:color w:val="000000" w:themeColor="text1"/>
          <w:sz w:val="28"/>
          <w:szCs w:val="28"/>
        </w:rPr>
        <w:t xml:space="preserve">được </w:t>
      </w:r>
      <w:r w:rsidRPr="009B67E6">
        <w:rPr>
          <w:rFonts w:ascii="Times New Roman" w:hAnsi="Times New Roman" w:cs="Times New Roman"/>
          <w:color w:val="000000" w:themeColor="text1"/>
          <w:sz w:val="28"/>
          <w:szCs w:val="28"/>
        </w:rPr>
        <w:t>yên.”</w:t>
      </w:r>
    </w:p>
    <w:p w14:paraId="3417076F" w14:textId="2C33D43F" w:rsidR="00B95C79" w:rsidRPr="009B67E6" w:rsidRDefault="00710F24" w:rsidP="009B5AC1">
      <w:pPr>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669504" behindDoc="0" locked="0" layoutInCell="1" allowOverlap="1" wp14:anchorId="6750E3F7" wp14:editId="3C48A54A">
                <wp:simplePos x="0" y="0"/>
                <wp:positionH relativeFrom="column">
                  <wp:posOffset>3125470</wp:posOffset>
                </wp:positionH>
                <wp:positionV relativeFrom="paragraph">
                  <wp:posOffset>8890</wp:posOffset>
                </wp:positionV>
                <wp:extent cx="3163570" cy="3118020"/>
                <wp:effectExtent l="57150" t="38100" r="74930" b="101600"/>
                <wp:wrapNone/>
                <wp:docPr id="3" name="Rectangle 3"/>
                <wp:cNvGraphicFramePr/>
                <a:graphic xmlns:a="http://schemas.openxmlformats.org/drawingml/2006/main">
                  <a:graphicData uri="http://schemas.microsoft.com/office/word/2010/wordprocessingShape">
                    <wps:wsp>
                      <wps:cNvSpPr/>
                      <wps:spPr>
                        <a:xfrm>
                          <a:off x="0" y="0"/>
                          <a:ext cx="3163570" cy="3118020"/>
                        </a:xfrm>
                        <a:prstGeom prst="rect">
                          <a:avLst/>
                        </a:prstGeom>
                        <a:blipFill>
                          <a:blip r:embed="rId8"/>
                          <a:stretch>
                            <a:fillRect/>
                          </a:stretch>
                        </a:blipFill>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7DBDBD" id="Rectangle 3" o:spid="_x0000_s1026" style="position:absolute;margin-left:246.1pt;margin-top:.7pt;width:249.1pt;height:24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" strokecolor="#f68c36 [3049]">
                <v:fill r:id="rId9" o:title="" recolor="t" rotate="t" type="frame"/>
                <v:shadow on="t" color="black" opacity="24903f" origin=",.5" offset="0,.55556mm"/>
              </v:rect>
            </w:pict>
          </mc:Fallback>
        </mc:AlternateContent>
      </w:r>
      <w:r>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5B623147" wp14:editId="195DBDD7">
                <wp:simplePos x="0" y="0"/>
                <wp:positionH relativeFrom="column">
                  <wp:posOffset>1270</wp:posOffset>
                </wp:positionH>
                <wp:positionV relativeFrom="paragraph">
                  <wp:posOffset>8890</wp:posOffset>
                </wp:positionV>
                <wp:extent cx="3111500" cy="311785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3111500" cy="3117850"/>
                        </a:xfrm>
                        <a:prstGeom prst="rect">
                          <a:avLst/>
                        </a:prstGeom>
                        <a:blipFill>
                          <a:blip r:embed="rId10"/>
                          <a:stretch>
                            <a:fillRect/>
                          </a:stretch>
                        </a:blip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3AC34" id="Rectangle 5" o:spid="_x0000_s1026" style="position:absolute;margin-left:.1pt;margin-top:.7pt;width:245pt;height:24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" strokecolor="#4472c4" strokeweight=".5pt">
                <v:fill r:id="rId11" o:title="" recolor="t" rotate="t" type="frame"/>
              </v:rect>
            </w:pict>
          </mc:Fallback>
        </mc:AlternateContent>
      </w:r>
    </w:p>
    <w:p w14:paraId="5940E31F" w14:textId="1A9AE900" w:rsidR="009B5AC1" w:rsidRDefault="009B5AC1" w:rsidP="009B5AC1">
      <w:pPr>
        <w:spacing w:before="120" w:after="120" w:line="240" w:lineRule="auto"/>
        <w:ind w:firstLine="720"/>
        <w:jc w:val="both"/>
        <w:rPr>
          <w:rFonts w:ascii="Times New Roman" w:hAnsi="Times New Roman" w:cs="Times New Roman"/>
          <w:color w:val="000000" w:themeColor="text1"/>
          <w:sz w:val="28"/>
          <w:szCs w:val="28"/>
        </w:rPr>
      </w:pPr>
    </w:p>
    <w:p w14:paraId="613F5B95" w14:textId="29C4CA12" w:rsidR="009B5AC1" w:rsidRPr="009B5AC1" w:rsidRDefault="009B5AC1" w:rsidP="009B5AC1">
      <w:pPr>
        <w:spacing w:before="120" w:after="120" w:line="240" w:lineRule="auto"/>
        <w:ind w:firstLine="720"/>
        <w:jc w:val="both"/>
        <w:rPr>
          <w:rFonts w:ascii="Times New Roman" w:hAnsi="Times New Roman" w:cs="Times New Roman"/>
          <w:color w:val="000000" w:themeColor="text1"/>
          <w:sz w:val="28"/>
          <w:szCs w:val="28"/>
        </w:rPr>
      </w:pPr>
    </w:p>
    <w:p w14:paraId="23683426" w14:textId="21F44C8E" w:rsidR="00F93241" w:rsidRPr="009B5AC1" w:rsidRDefault="00F93241" w:rsidP="009B5AC1">
      <w:pPr>
        <w:pStyle w:val="Heading2"/>
        <w:spacing w:before="120" w:after="120" w:line="240" w:lineRule="auto"/>
        <w:jc w:val="both"/>
        <w:rPr>
          <w:rFonts w:ascii="Times New Roman" w:hAnsi="Times New Roman" w:cs="Times New Roman"/>
          <w:color w:val="000000" w:themeColor="text1"/>
          <w:sz w:val="28"/>
          <w:szCs w:val="28"/>
        </w:rPr>
      </w:pPr>
    </w:p>
    <w:p w14:paraId="6FA5684C" w14:textId="42C44EF1" w:rsidR="00F93241" w:rsidRPr="009B5AC1" w:rsidRDefault="00F93241" w:rsidP="009B5AC1">
      <w:pPr>
        <w:spacing w:before="120" w:after="120" w:line="240" w:lineRule="auto"/>
        <w:rPr>
          <w:rFonts w:ascii="Times New Roman" w:hAnsi="Times New Roman" w:cs="Times New Roman"/>
          <w:sz w:val="28"/>
          <w:szCs w:val="28"/>
        </w:rPr>
      </w:pPr>
    </w:p>
    <w:p w14:paraId="379F2B4A" w14:textId="3E8987C3" w:rsidR="00F93241" w:rsidRPr="009B5AC1" w:rsidRDefault="00F93241" w:rsidP="009B5AC1">
      <w:pPr>
        <w:spacing w:before="120" w:after="120" w:line="240" w:lineRule="auto"/>
        <w:rPr>
          <w:rFonts w:ascii="Times New Roman" w:hAnsi="Times New Roman" w:cs="Times New Roman"/>
          <w:sz w:val="28"/>
          <w:szCs w:val="28"/>
        </w:rPr>
      </w:pPr>
    </w:p>
    <w:p w14:paraId="704C7D23" w14:textId="4477F3FC" w:rsidR="00F93241" w:rsidRPr="009B5AC1" w:rsidRDefault="00F93241" w:rsidP="009B5AC1">
      <w:pPr>
        <w:spacing w:before="120" w:after="120" w:line="240" w:lineRule="auto"/>
        <w:rPr>
          <w:rFonts w:ascii="Times New Roman" w:hAnsi="Times New Roman" w:cs="Times New Roman"/>
          <w:sz w:val="28"/>
          <w:szCs w:val="28"/>
        </w:rPr>
      </w:pPr>
    </w:p>
    <w:p w14:paraId="41699DF4" w14:textId="153AD0E3" w:rsidR="00F93241" w:rsidRPr="009B5AC1" w:rsidRDefault="00F93241" w:rsidP="009B5AC1">
      <w:pPr>
        <w:spacing w:before="120" w:after="120" w:line="240" w:lineRule="auto"/>
        <w:rPr>
          <w:rFonts w:ascii="Times New Roman" w:hAnsi="Times New Roman" w:cs="Times New Roman"/>
          <w:sz w:val="28"/>
          <w:szCs w:val="28"/>
        </w:rPr>
      </w:pPr>
    </w:p>
    <w:p w14:paraId="0BDD6566" w14:textId="3C6AF3D8" w:rsidR="00F93241" w:rsidRPr="009B5AC1" w:rsidRDefault="00F93241" w:rsidP="009B5AC1">
      <w:pPr>
        <w:spacing w:before="120" w:after="120" w:line="240" w:lineRule="auto"/>
        <w:rPr>
          <w:rFonts w:ascii="Times New Roman" w:hAnsi="Times New Roman" w:cs="Times New Roman"/>
          <w:sz w:val="28"/>
          <w:szCs w:val="28"/>
        </w:rPr>
      </w:pPr>
    </w:p>
    <w:p w14:paraId="2952BABB" w14:textId="77777777" w:rsidR="00251437" w:rsidRPr="009B5AC1" w:rsidRDefault="00251437" w:rsidP="009B5AC1">
      <w:pPr>
        <w:spacing w:before="120" w:after="120" w:line="240" w:lineRule="auto"/>
        <w:jc w:val="center"/>
        <w:rPr>
          <w:rFonts w:ascii="Times New Roman" w:hAnsi="Times New Roman" w:cs="Times New Roman"/>
          <w:i/>
          <w:iCs/>
          <w:color w:val="000000" w:themeColor="text1"/>
          <w:sz w:val="28"/>
          <w:szCs w:val="28"/>
        </w:rPr>
      </w:pPr>
    </w:p>
    <w:p w14:paraId="54F36FA5" w14:textId="7E096A5D" w:rsidR="00251437" w:rsidRPr="009B5AC1" w:rsidRDefault="00251437" w:rsidP="009B5AC1">
      <w:pPr>
        <w:spacing w:before="120" w:after="120" w:line="240" w:lineRule="auto"/>
        <w:jc w:val="center"/>
        <w:rPr>
          <w:rFonts w:ascii="Times New Roman" w:hAnsi="Times New Roman" w:cs="Times New Roman"/>
          <w:i/>
          <w:iCs/>
          <w:color w:val="000000" w:themeColor="text1"/>
          <w:sz w:val="28"/>
          <w:szCs w:val="28"/>
        </w:rPr>
      </w:pPr>
    </w:p>
    <w:p w14:paraId="04011C15" w14:textId="2CB0EB5B" w:rsidR="009B5AC1" w:rsidRDefault="009B5AC1" w:rsidP="009B5AC1">
      <w:pPr>
        <w:spacing w:before="120" w:after="120" w:line="240" w:lineRule="auto"/>
        <w:jc w:val="center"/>
        <w:rPr>
          <w:rFonts w:ascii="Times New Roman" w:hAnsi="Times New Roman" w:cs="Times New Roman"/>
          <w:i/>
          <w:iCs/>
          <w:color w:val="000000" w:themeColor="text1"/>
          <w:sz w:val="28"/>
          <w:szCs w:val="28"/>
        </w:rPr>
      </w:pPr>
    </w:p>
    <w:p w14:paraId="5CB7254A" w14:textId="6C7D71F1" w:rsidR="009B5AC1" w:rsidRDefault="009B5AC1" w:rsidP="009B5AC1">
      <w:pPr>
        <w:spacing w:after="0" w:line="240" w:lineRule="auto"/>
        <w:jc w:val="center"/>
        <w:rPr>
          <w:rFonts w:ascii="Times New Roman" w:hAnsi="Times New Roman" w:cs="Times New Roman"/>
          <w:i/>
          <w:iCs/>
          <w:color w:val="000000" w:themeColor="text1"/>
          <w:sz w:val="28"/>
          <w:szCs w:val="28"/>
        </w:rPr>
      </w:pPr>
    </w:p>
    <w:p w14:paraId="61F12238" w14:textId="0B498F46" w:rsidR="00F93241" w:rsidRPr="009B67E6" w:rsidRDefault="00251437" w:rsidP="00D14E8D">
      <w:pPr>
        <w:spacing w:after="0" w:line="240" w:lineRule="auto"/>
        <w:jc w:val="center"/>
        <w:rPr>
          <w:rFonts w:ascii="Times New Roman" w:hAnsi="Times New Roman" w:cs="Times New Roman"/>
          <w:i/>
          <w:iCs/>
          <w:color w:val="000000" w:themeColor="text1"/>
          <w:szCs w:val="26"/>
        </w:rPr>
      </w:pPr>
      <w:r w:rsidRPr="009B67E6">
        <w:rPr>
          <w:rFonts w:ascii="Times New Roman" w:hAnsi="Times New Roman" w:cs="Times New Roman"/>
          <w:i/>
          <w:iCs/>
          <w:color w:val="000000" w:themeColor="text1"/>
          <w:szCs w:val="26"/>
        </w:rPr>
        <w:t>Ả</w:t>
      </w:r>
      <w:r w:rsidR="00C87316" w:rsidRPr="009B67E6">
        <w:rPr>
          <w:rFonts w:ascii="Times New Roman" w:hAnsi="Times New Roman" w:cs="Times New Roman"/>
          <w:i/>
          <w:iCs/>
          <w:color w:val="000000" w:themeColor="text1"/>
          <w:szCs w:val="26"/>
        </w:rPr>
        <w:t xml:space="preserve">nh: </w:t>
      </w:r>
      <w:r w:rsidR="00D14E8D" w:rsidRPr="009B67E6">
        <w:rPr>
          <w:rFonts w:ascii="Times New Roman" w:hAnsi="Times New Roman" w:cs="Times New Roman"/>
          <w:i/>
          <w:iCs/>
          <w:color w:val="000000" w:themeColor="text1"/>
          <w:szCs w:val="26"/>
        </w:rPr>
        <w:t>Anh Đinh Văn Cư (người ngồi giữ</w:t>
      </w:r>
      <w:r w:rsidR="002A6CCA">
        <w:rPr>
          <w:rFonts w:ascii="Times New Roman" w:hAnsi="Times New Roman" w:cs="Times New Roman"/>
          <w:i/>
          <w:iCs/>
          <w:color w:val="000000" w:themeColor="text1"/>
          <w:szCs w:val="26"/>
          <w:lang w:val="vi-VN"/>
        </w:rPr>
        <w:t>a</w:t>
      </w:r>
      <w:r w:rsidR="00D14E8D" w:rsidRPr="009B67E6">
        <w:rPr>
          <w:rFonts w:ascii="Times New Roman" w:hAnsi="Times New Roman" w:cs="Times New Roman"/>
          <w:i/>
          <w:iCs/>
          <w:color w:val="000000" w:themeColor="text1"/>
          <w:szCs w:val="26"/>
        </w:rPr>
        <w:t>) tham gia tuần tra rừng, chữa cháy rừng</w:t>
      </w:r>
      <w:r w:rsidR="00F93241" w:rsidRPr="009B67E6">
        <w:rPr>
          <w:rFonts w:ascii="Times New Roman" w:hAnsi="Times New Roman" w:cs="Times New Roman"/>
          <w:i/>
          <w:iCs/>
          <w:color w:val="000000" w:themeColor="text1"/>
          <w:szCs w:val="26"/>
        </w:rPr>
        <w:t>.</w:t>
      </w:r>
    </w:p>
    <w:p w14:paraId="616A6F5A" w14:textId="77777777" w:rsidR="00D14E8D" w:rsidRDefault="00D14E8D" w:rsidP="009B5AC1">
      <w:pPr>
        <w:pStyle w:val="Heading2"/>
        <w:spacing w:before="120" w:after="120" w:line="240" w:lineRule="auto"/>
        <w:ind w:firstLine="720"/>
        <w:jc w:val="both"/>
        <w:rPr>
          <w:rFonts w:ascii="Times New Roman" w:hAnsi="Times New Roman" w:cs="Times New Roman"/>
          <w:color w:val="000000" w:themeColor="text1"/>
          <w:sz w:val="28"/>
          <w:szCs w:val="28"/>
        </w:rPr>
      </w:pPr>
    </w:p>
    <w:p w14:paraId="7ABA9DF3" w14:textId="4A5CB3CC" w:rsidR="00D4204F" w:rsidRPr="009B5AC1" w:rsidRDefault="001100DC" w:rsidP="009B5AC1">
      <w:pPr>
        <w:pStyle w:val="Heading2"/>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Tấm gương sáng giữa đại ngàn</w:t>
      </w:r>
    </w:p>
    <w:p w14:paraId="644A6AC9" w14:textId="3AA2105C" w:rsidR="00D4204F" w:rsidRPr="00124E19" w:rsidRDefault="00D4204F" w:rsidP="009B5AC1">
      <w:pPr>
        <w:spacing w:before="120" w:after="120" w:line="240" w:lineRule="auto"/>
        <w:ind w:firstLine="720"/>
        <w:jc w:val="both"/>
        <w:rPr>
          <w:rFonts w:ascii="Times New Roman" w:hAnsi="Times New Roman" w:cs="Times New Roman"/>
          <w:color w:val="000000" w:themeColor="text1"/>
          <w:sz w:val="28"/>
          <w:szCs w:val="28"/>
        </w:rPr>
      </w:pPr>
      <w:r w:rsidRPr="009B5AC1">
        <w:rPr>
          <w:rFonts w:ascii="Times New Roman" w:hAnsi="Times New Roman" w:cs="Times New Roman"/>
          <w:color w:val="000000" w:themeColor="text1"/>
          <w:sz w:val="28"/>
          <w:szCs w:val="28"/>
        </w:rPr>
        <w:t xml:space="preserve">Hai năm liền, </w:t>
      </w:r>
      <w:r w:rsidR="00C87316">
        <w:rPr>
          <w:rFonts w:ascii="Times New Roman" w:hAnsi="Times New Roman" w:cs="Times New Roman"/>
          <w:color w:val="000000" w:themeColor="text1"/>
          <w:sz w:val="28"/>
          <w:szCs w:val="28"/>
        </w:rPr>
        <w:t>anh</w:t>
      </w:r>
      <w:r w:rsidR="00BA0EEC">
        <w:rPr>
          <w:rFonts w:ascii="Times New Roman" w:hAnsi="Times New Roman" w:cs="Times New Roman"/>
          <w:color w:val="000000" w:themeColor="text1"/>
          <w:sz w:val="28"/>
          <w:szCs w:val="28"/>
        </w:rPr>
        <w:t xml:space="preserve"> </w:t>
      </w:r>
      <w:r w:rsidRPr="009B5AC1">
        <w:rPr>
          <w:rFonts w:ascii="Times New Roman" w:hAnsi="Times New Roman" w:cs="Times New Roman"/>
          <w:color w:val="000000" w:themeColor="text1"/>
          <w:sz w:val="28"/>
          <w:szCs w:val="28"/>
        </w:rPr>
        <w:t>được c</w:t>
      </w:r>
      <w:r w:rsidR="00BA0EEC">
        <w:rPr>
          <w:rFonts w:ascii="Times New Roman" w:hAnsi="Times New Roman" w:cs="Times New Roman"/>
          <w:color w:val="000000" w:themeColor="text1"/>
          <w:sz w:val="28"/>
          <w:szCs w:val="28"/>
        </w:rPr>
        <w:t xml:space="preserve">ông </w:t>
      </w:r>
      <w:r w:rsidRPr="009B5AC1">
        <w:rPr>
          <w:rFonts w:ascii="Times New Roman" w:hAnsi="Times New Roman" w:cs="Times New Roman"/>
          <w:color w:val="000000" w:themeColor="text1"/>
          <w:sz w:val="28"/>
          <w:szCs w:val="28"/>
        </w:rPr>
        <w:t>nhận danh hiệu Chiến sĩ thi đua cơ sở, nhận Bằng khen của Chủ tịch UBND tỉnh Quảng Ngãi vì thành tích xuất sắc trong bảo vệ rừng</w:t>
      </w:r>
      <w:r w:rsidR="007854F1" w:rsidRPr="009B5AC1">
        <w:rPr>
          <w:rFonts w:ascii="Times New Roman" w:hAnsi="Times New Roman" w:cs="Times New Roman"/>
          <w:color w:val="000000" w:themeColor="text1"/>
          <w:sz w:val="28"/>
          <w:szCs w:val="28"/>
        </w:rPr>
        <w:t xml:space="preserve"> vùng giáp tranh gi</w:t>
      </w:r>
      <w:r w:rsidR="00D14E8D">
        <w:rPr>
          <w:rFonts w:ascii="Times New Roman" w:hAnsi="Times New Roman" w:cs="Times New Roman"/>
          <w:color w:val="000000" w:themeColor="text1"/>
          <w:sz w:val="28"/>
          <w:szCs w:val="28"/>
        </w:rPr>
        <w:t>ữa</w:t>
      </w:r>
      <w:r w:rsidR="007854F1" w:rsidRPr="009B5AC1">
        <w:rPr>
          <w:rFonts w:ascii="Times New Roman" w:hAnsi="Times New Roman" w:cs="Times New Roman"/>
          <w:color w:val="000000" w:themeColor="text1"/>
          <w:sz w:val="28"/>
          <w:szCs w:val="28"/>
        </w:rPr>
        <w:t xml:space="preserve"> 03 tỉnh</w:t>
      </w:r>
      <w:r w:rsidR="00D14E8D">
        <w:rPr>
          <w:rFonts w:ascii="Times New Roman" w:hAnsi="Times New Roman" w:cs="Times New Roman"/>
          <w:color w:val="000000" w:themeColor="text1"/>
          <w:sz w:val="28"/>
          <w:szCs w:val="28"/>
        </w:rPr>
        <w:t xml:space="preserve"> </w:t>
      </w:r>
      <w:r w:rsidR="00D14E8D" w:rsidRPr="009B67E6">
        <w:rPr>
          <w:rFonts w:ascii="Times New Roman" w:hAnsi="Times New Roman" w:cs="Times New Roman"/>
          <w:i/>
          <w:iCs/>
          <w:color w:val="000000" w:themeColor="text1"/>
          <w:sz w:val="28"/>
          <w:szCs w:val="28"/>
        </w:rPr>
        <w:t>(Quảng Ngãi – Quảng Nam – Kon Tum)</w:t>
      </w:r>
      <w:r w:rsidRPr="009B67E6">
        <w:rPr>
          <w:rFonts w:ascii="Times New Roman" w:hAnsi="Times New Roman" w:cs="Times New Roman"/>
          <w:i/>
          <w:iCs/>
          <w:color w:val="000000" w:themeColor="text1"/>
          <w:sz w:val="28"/>
          <w:szCs w:val="28"/>
        </w:rPr>
        <w:t>.</w:t>
      </w:r>
      <w:r w:rsidRPr="009B67E6">
        <w:rPr>
          <w:rFonts w:ascii="Times New Roman" w:hAnsi="Times New Roman" w:cs="Times New Roman"/>
          <w:color w:val="000000" w:themeColor="text1"/>
          <w:sz w:val="28"/>
          <w:szCs w:val="28"/>
        </w:rPr>
        <w:t xml:space="preserve"> Nhưng điều </w:t>
      </w:r>
      <w:r w:rsidR="00C87316" w:rsidRPr="009B67E6">
        <w:rPr>
          <w:rFonts w:ascii="Times New Roman" w:hAnsi="Times New Roman" w:cs="Times New Roman"/>
          <w:color w:val="000000" w:themeColor="text1"/>
          <w:sz w:val="28"/>
          <w:szCs w:val="28"/>
        </w:rPr>
        <w:t>anh</w:t>
      </w:r>
      <w:r w:rsidR="00BA0EEC" w:rsidRPr="009B67E6">
        <w:rPr>
          <w:rFonts w:ascii="Times New Roman" w:hAnsi="Times New Roman" w:cs="Times New Roman"/>
          <w:color w:val="000000" w:themeColor="text1"/>
          <w:sz w:val="28"/>
          <w:szCs w:val="28"/>
        </w:rPr>
        <w:t xml:space="preserve"> </w:t>
      </w:r>
      <w:r w:rsidRPr="009B67E6">
        <w:rPr>
          <w:rFonts w:ascii="Times New Roman" w:hAnsi="Times New Roman" w:cs="Times New Roman"/>
          <w:color w:val="000000" w:themeColor="text1"/>
          <w:sz w:val="28"/>
          <w:szCs w:val="28"/>
        </w:rPr>
        <w:t xml:space="preserve">tự hào </w:t>
      </w:r>
      <w:r w:rsidR="00D14E8D" w:rsidRPr="009B67E6">
        <w:rPr>
          <w:rFonts w:ascii="Times New Roman" w:hAnsi="Times New Roman" w:cs="Times New Roman"/>
          <w:color w:val="000000" w:themeColor="text1"/>
          <w:sz w:val="28"/>
          <w:szCs w:val="28"/>
        </w:rPr>
        <w:t xml:space="preserve">không dừng lại ở những tấm giấy khen, bằng khen mà đó </w:t>
      </w:r>
      <w:r w:rsidRPr="009B67E6">
        <w:rPr>
          <w:rFonts w:ascii="Times New Roman" w:hAnsi="Times New Roman" w:cs="Times New Roman"/>
          <w:color w:val="000000" w:themeColor="text1"/>
          <w:sz w:val="28"/>
          <w:szCs w:val="28"/>
        </w:rPr>
        <w:t xml:space="preserve"> là Sơn Tây nhiều năm liền </w:t>
      </w:r>
      <w:r w:rsidR="007854F1" w:rsidRPr="009B67E6">
        <w:rPr>
          <w:rFonts w:ascii="Times New Roman" w:hAnsi="Times New Roman" w:cs="Times New Roman"/>
          <w:color w:val="000000" w:themeColor="text1"/>
          <w:sz w:val="28"/>
          <w:szCs w:val="28"/>
        </w:rPr>
        <w:t>độ che phủ</w:t>
      </w:r>
      <w:r w:rsidRPr="009B67E6">
        <w:rPr>
          <w:rFonts w:ascii="Times New Roman" w:hAnsi="Times New Roman" w:cs="Times New Roman"/>
          <w:color w:val="000000" w:themeColor="text1"/>
          <w:sz w:val="28"/>
          <w:szCs w:val="28"/>
        </w:rPr>
        <w:t xml:space="preserve"> rừng</w:t>
      </w:r>
      <w:r w:rsidR="007854F1" w:rsidRPr="009B67E6">
        <w:rPr>
          <w:rFonts w:ascii="Times New Roman" w:hAnsi="Times New Roman" w:cs="Times New Roman"/>
          <w:color w:val="000000" w:themeColor="text1"/>
          <w:sz w:val="28"/>
          <w:szCs w:val="28"/>
        </w:rPr>
        <w:t xml:space="preserve"> năm sau cao hơn năm trước, diện tích rừng tự nhiên cơ bản được </w:t>
      </w:r>
      <w:r w:rsidR="00D14E8D" w:rsidRPr="009B67E6">
        <w:rPr>
          <w:rFonts w:ascii="Times New Roman" w:hAnsi="Times New Roman" w:cs="Times New Roman"/>
          <w:color w:val="000000" w:themeColor="text1"/>
          <w:sz w:val="28"/>
          <w:szCs w:val="28"/>
        </w:rPr>
        <w:t>duy trì</w:t>
      </w:r>
      <w:r w:rsidRPr="009B67E6">
        <w:rPr>
          <w:rFonts w:ascii="Times New Roman" w:hAnsi="Times New Roman" w:cs="Times New Roman"/>
          <w:color w:val="000000" w:themeColor="text1"/>
          <w:sz w:val="28"/>
          <w:szCs w:val="28"/>
        </w:rPr>
        <w:t xml:space="preserve">. </w:t>
      </w:r>
      <w:r w:rsidR="00C87316" w:rsidRPr="009B67E6">
        <w:rPr>
          <w:rFonts w:ascii="Times New Roman" w:hAnsi="Times New Roman" w:cs="Times New Roman"/>
          <w:color w:val="000000" w:themeColor="text1"/>
          <w:sz w:val="28"/>
          <w:szCs w:val="28"/>
        </w:rPr>
        <w:t>Anh</w:t>
      </w:r>
      <w:r w:rsidR="00BA0EEC" w:rsidRPr="009B67E6">
        <w:rPr>
          <w:rFonts w:ascii="Times New Roman" w:hAnsi="Times New Roman" w:cs="Times New Roman"/>
          <w:color w:val="000000" w:themeColor="text1"/>
          <w:sz w:val="28"/>
          <w:szCs w:val="28"/>
        </w:rPr>
        <w:t xml:space="preserve"> </w:t>
      </w:r>
      <w:r w:rsidRPr="009B5AC1">
        <w:rPr>
          <w:rFonts w:ascii="Times New Roman" w:hAnsi="Times New Roman" w:cs="Times New Roman"/>
          <w:color w:val="000000" w:themeColor="text1"/>
          <w:sz w:val="28"/>
          <w:szCs w:val="28"/>
        </w:rPr>
        <w:t>bảo: “Giữ rừng là giữ lấy sự sống.” Và rồi, giữa những cơn mưa miền núi, giữa bao biến động của cuộc sống,</w:t>
      </w:r>
      <w:r w:rsidR="007854F1" w:rsidRPr="009B5AC1">
        <w:rPr>
          <w:rFonts w:ascii="Times New Roman" w:hAnsi="Times New Roman" w:cs="Times New Roman"/>
          <w:color w:val="000000" w:themeColor="text1"/>
          <w:sz w:val="28"/>
          <w:szCs w:val="28"/>
        </w:rPr>
        <w:t xml:space="preserve"> sự giang nan với với nghề</w:t>
      </w:r>
      <w:r w:rsidR="00A80B86">
        <w:rPr>
          <w:rFonts w:ascii="Times New Roman" w:hAnsi="Times New Roman" w:cs="Times New Roman"/>
          <w:color w:val="000000" w:themeColor="text1"/>
          <w:sz w:val="28"/>
          <w:szCs w:val="28"/>
        </w:rPr>
        <w:t>,</w:t>
      </w:r>
      <w:r w:rsidRPr="009B5AC1">
        <w:rPr>
          <w:rFonts w:ascii="Times New Roman" w:hAnsi="Times New Roman" w:cs="Times New Roman"/>
          <w:color w:val="000000" w:themeColor="text1"/>
          <w:sz w:val="28"/>
          <w:szCs w:val="28"/>
        </w:rPr>
        <w:t xml:space="preserve"> hình ảnh </w:t>
      </w:r>
      <w:r w:rsidR="00CD131C">
        <w:rPr>
          <w:rFonts w:ascii="Times New Roman" w:hAnsi="Times New Roman" w:cs="Times New Roman"/>
          <w:color w:val="000000" w:themeColor="text1"/>
          <w:sz w:val="28"/>
          <w:szCs w:val="28"/>
        </w:rPr>
        <w:t>A</w:t>
      </w:r>
      <w:r w:rsidR="00C87316">
        <w:rPr>
          <w:rFonts w:ascii="Times New Roman" w:hAnsi="Times New Roman" w:cs="Times New Roman"/>
          <w:color w:val="000000" w:themeColor="text1"/>
          <w:sz w:val="28"/>
          <w:szCs w:val="28"/>
        </w:rPr>
        <w:t>nh</w:t>
      </w:r>
      <w:r w:rsidR="00CD131C">
        <w:rPr>
          <w:rFonts w:ascii="Times New Roman" w:hAnsi="Times New Roman" w:cs="Times New Roman"/>
          <w:color w:val="000000" w:themeColor="text1"/>
          <w:sz w:val="28"/>
          <w:szCs w:val="28"/>
        </w:rPr>
        <w:t xml:space="preserve"> </w:t>
      </w:r>
      <w:r w:rsidR="008E6EE8" w:rsidRPr="009B5AC1">
        <w:rPr>
          <w:rFonts w:ascii="Times New Roman" w:hAnsi="Times New Roman" w:cs="Times New Roman"/>
          <w:color w:val="000000" w:themeColor="text1"/>
          <w:sz w:val="28"/>
          <w:szCs w:val="28"/>
        </w:rPr>
        <w:t>-</w:t>
      </w:r>
      <w:r w:rsidRPr="009B5AC1">
        <w:rPr>
          <w:rFonts w:ascii="Times New Roman" w:hAnsi="Times New Roman" w:cs="Times New Roman"/>
          <w:color w:val="000000" w:themeColor="text1"/>
          <w:sz w:val="28"/>
          <w:szCs w:val="28"/>
        </w:rPr>
        <w:t xml:space="preserve"> người Kiểm lâm </w:t>
      </w:r>
      <w:r w:rsidR="00CD131C">
        <w:rPr>
          <w:rFonts w:ascii="Times New Roman" w:hAnsi="Times New Roman" w:cs="Times New Roman"/>
          <w:color w:val="000000" w:themeColor="text1"/>
          <w:sz w:val="28"/>
          <w:szCs w:val="28"/>
        </w:rPr>
        <w:t xml:space="preserve">viên </w:t>
      </w:r>
      <w:r w:rsidRPr="009B5AC1">
        <w:rPr>
          <w:rFonts w:ascii="Times New Roman" w:hAnsi="Times New Roman" w:cs="Times New Roman"/>
          <w:color w:val="000000" w:themeColor="text1"/>
          <w:sz w:val="28"/>
          <w:szCs w:val="28"/>
        </w:rPr>
        <w:t xml:space="preserve">áo đã sờn vai, tay cầm bản đồ, đôi ủng lấm bùn </w:t>
      </w:r>
      <w:r w:rsidR="007854F1" w:rsidRPr="009B5AC1">
        <w:rPr>
          <w:rFonts w:ascii="Times New Roman" w:hAnsi="Times New Roman" w:cs="Times New Roman"/>
          <w:color w:val="000000" w:themeColor="text1"/>
          <w:sz w:val="28"/>
          <w:szCs w:val="28"/>
        </w:rPr>
        <w:t>-</w:t>
      </w:r>
      <w:r w:rsidRPr="009B5AC1">
        <w:rPr>
          <w:rFonts w:ascii="Times New Roman" w:hAnsi="Times New Roman" w:cs="Times New Roman"/>
          <w:color w:val="000000" w:themeColor="text1"/>
          <w:sz w:val="28"/>
          <w:szCs w:val="28"/>
        </w:rPr>
        <w:t xml:space="preserve"> vẫn khiến ai từng gặp đều thấy ấ</w:t>
      </w:r>
      <w:r w:rsidR="00124E19">
        <w:rPr>
          <w:rFonts w:ascii="Times New Roman" w:hAnsi="Times New Roman" w:cs="Times New Roman"/>
          <w:color w:val="000000" w:themeColor="text1"/>
          <w:sz w:val="28"/>
          <w:szCs w:val="28"/>
        </w:rPr>
        <w:t xml:space="preserve">m lòng, </w:t>
      </w:r>
      <w:r w:rsidR="00124E19" w:rsidRPr="00124E19">
        <w:rPr>
          <w:rFonts w:ascii="Times New Roman" w:eastAsia="Times New Roman" w:hAnsi="Times New Roman" w:cs="Times New Roman"/>
          <w:sz w:val="28"/>
          <w:szCs w:val="28"/>
        </w:rPr>
        <w:t xml:space="preserve">mãi là biểu tượng đẹp của </w:t>
      </w:r>
      <w:r w:rsidR="00124E19" w:rsidRPr="00124E19">
        <w:rPr>
          <w:rFonts w:ascii="Times New Roman" w:eastAsia="Times New Roman" w:hAnsi="Times New Roman" w:cs="Times New Roman"/>
          <w:b/>
          <w:bCs/>
          <w:sz w:val="28"/>
          <w:szCs w:val="28"/>
        </w:rPr>
        <w:t>người lính rừng thời hiện đại</w:t>
      </w:r>
      <w:r w:rsidR="00124E19" w:rsidRPr="00124E19">
        <w:rPr>
          <w:rFonts w:ascii="Times New Roman" w:eastAsia="Times New Roman" w:hAnsi="Times New Roman" w:cs="Times New Roman"/>
          <w:sz w:val="28"/>
          <w:szCs w:val="28"/>
        </w:rPr>
        <w:t xml:space="preserve">, lặng lẽ cống hiến để giữ cho Sơn Tây luôn </w:t>
      </w:r>
      <w:r w:rsidR="00CD131C">
        <w:rPr>
          <w:rFonts w:ascii="Times New Roman" w:eastAsia="Times New Roman" w:hAnsi="Times New Roman" w:cs="Times New Roman"/>
          <w:sz w:val="28"/>
          <w:szCs w:val="28"/>
        </w:rPr>
        <w:t xml:space="preserve">mãi </w:t>
      </w:r>
      <w:r w:rsidR="00124E19" w:rsidRPr="00124E19">
        <w:rPr>
          <w:rFonts w:ascii="Times New Roman" w:eastAsia="Times New Roman" w:hAnsi="Times New Roman" w:cs="Times New Roman"/>
          <w:sz w:val="28"/>
          <w:szCs w:val="28"/>
        </w:rPr>
        <w:t>xanh</w:t>
      </w:r>
      <w:r w:rsidR="00CD131C">
        <w:rPr>
          <w:rFonts w:ascii="Times New Roman" w:eastAsia="Times New Roman" w:hAnsi="Times New Roman" w:cs="Times New Roman"/>
          <w:sz w:val="28"/>
          <w:szCs w:val="28"/>
        </w:rPr>
        <w:t xml:space="preserve"> </w:t>
      </w:r>
      <w:r w:rsidR="00124E19" w:rsidRPr="00124E19">
        <w:rPr>
          <w:rFonts w:ascii="Times New Roman" w:eastAsia="Times New Roman" w:hAnsi="Times New Roman" w:cs="Times New Roman"/>
          <w:sz w:val="28"/>
          <w:szCs w:val="28"/>
        </w:rPr>
        <w:t>hôm nay và mai sau</w:t>
      </w:r>
      <w:r w:rsidR="00124E19">
        <w:rPr>
          <w:rFonts w:ascii="Times New Roman" w:eastAsia="Times New Roman" w:hAnsi="Times New Roman" w:cs="Times New Roman"/>
          <w:sz w:val="28"/>
          <w:szCs w:val="28"/>
        </w:rPr>
        <w:t>.</w:t>
      </w:r>
    </w:p>
    <w:p w14:paraId="236AEC01" w14:textId="017E188A" w:rsidR="00026D76" w:rsidRPr="009B67E6" w:rsidRDefault="00026D76" w:rsidP="00323226">
      <w:pPr>
        <w:spacing w:before="80" w:after="80"/>
        <w:ind w:firstLine="720"/>
        <w:jc w:val="both"/>
        <w:rPr>
          <w:rFonts w:ascii="Times New Roman" w:eastAsia="Times New Roman" w:hAnsi="Times New Roman" w:cs="Times New Roman"/>
          <w:color w:val="000000" w:themeColor="text1"/>
          <w:sz w:val="28"/>
          <w:szCs w:val="28"/>
        </w:rPr>
      </w:pPr>
      <w:r w:rsidRPr="009B5AC1">
        <w:rPr>
          <w:rFonts w:ascii="Times New Roman" w:eastAsia="Times New Roman" w:hAnsi="Times New Roman" w:cs="Times New Roman"/>
          <w:sz w:val="28"/>
          <w:szCs w:val="28"/>
        </w:rPr>
        <w:t>Làm Kiểm lâm ở Sơn Tây kh</w:t>
      </w:r>
      <w:r w:rsidR="00BA0EEC">
        <w:rPr>
          <w:rFonts w:ascii="Times New Roman" w:eastAsia="Times New Roman" w:hAnsi="Times New Roman" w:cs="Times New Roman"/>
          <w:sz w:val="28"/>
          <w:szCs w:val="28"/>
        </w:rPr>
        <w:t xml:space="preserve">ông </w:t>
      </w:r>
      <w:r w:rsidRPr="009B5AC1">
        <w:rPr>
          <w:rFonts w:ascii="Times New Roman" w:eastAsia="Times New Roman" w:hAnsi="Times New Roman" w:cs="Times New Roman"/>
          <w:sz w:val="28"/>
          <w:szCs w:val="28"/>
        </w:rPr>
        <w:t xml:space="preserve">thể chỉ là “giữ rừng” </w:t>
      </w:r>
      <w:r w:rsidR="008E6EE8" w:rsidRPr="009B5AC1">
        <w:rPr>
          <w:rFonts w:ascii="Times New Roman" w:eastAsia="Times New Roman" w:hAnsi="Times New Roman" w:cs="Times New Roman"/>
          <w:sz w:val="28"/>
          <w:szCs w:val="28"/>
        </w:rPr>
        <w:t>-</w:t>
      </w:r>
      <w:r w:rsidRPr="009B5AC1">
        <w:rPr>
          <w:rFonts w:ascii="Times New Roman" w:eastAsia="Times New Roman" w:hAnsi="Times New Roman" w:cs="Times New Roman"/>
          <w:sz w:val="28"/>
          <w:szCs w:val="28"/>
        </w:rPr>
        <w:t xml:space="preserve"> mà còn phải “giữ người”.</w:t>
      </w:r>
      <w:r w:rsidR="008E6EE8" w:rsidRPr="009B5AC1">
        <w:rPr>
          <w:rFonts w:ascii="Times New Roman" w:eastAsia="Times New Roman" w:hAnsi="Times New Roman" w:cs="Times New Roman"/>
          <w:sz w:val="28"/>
          <w:szCs w:val="28"/>
        </w:rPr>
        <w:t xml:space="preserve"> </w:t>
      </w:r>
      <w:r w:rsidRPr="009B5AC1">
        <w:rPr>
          <w:rFonts w:ascii="Times New Roman" w:eastAsia="Times New Roman" w:hAnsi="Times New Roman" w:cs="Times New Roman"/>
          <w:sz w:val="28"/>
          <w:szCs w:val="28"/>
        </w:rPr>
        <w:t xml:space="preserve">Người dân vùng cao sống nhờ rừng, hiểu rừng nhưng đôi khi vì miếng ăn mà xâm hại rừng. </w:t>
      </w:r>
      <w:r w:rsidR="00CD131C">
        <w:rPr>
          <w:rFonts w:ascii="Times New Roman" w:eastAsia="Times New Roman" w:hAnsi="Times New Roman" w:cs="Times New Roman"/>
          <w:sz w:val="28"/>
          <w:szCs w:val="28"/>
        </w:rPr>
        <w:t>H</w:t>
      </w:r>
      <w:r w:rsidRPr="009B5AC1">
        <w:rPr>
          <w:rFonts w:ascii="Times New Roman" w:eastAsia="Times New Roman" w:hAnsi="Times New Roman" w:cs="Times New Roman"/>
          <w:sz w:val="28"/>
          <w:szCs w:val="28"/>
        </w:rPr>
        <w:t>iểu điều đó hơn ai hết</w:t>
      </w:r>
      <w:r w:rsidR="00CD131C">
        <w:rPr>
          <w:rFonts w:ascii="Times New Roman" w:eastAsia="Times New Roman" w:hAnsi="Times New Roman" w:cs="Times New Roman"/>
          <w:sz w:val="28"/>
          <w:szCs w:val="28"/>
        </w:rPr>
        <w:t>, A</w:t>
      </w:r>
      <w:r w:rsidR="00C87316">
        <w:rPr>
          <w:rFonts w:ascii="Times New Roman" w:eastAsia="Times New Roman" w:hAnsi="Times New Roman" w:cs="Times New Roman"/>
          <w:sz w:val="28"/>
          <w:szCs w:val="28"/>
        </w:rPr>
        <w:t>nh</w:t>
      </w:r>
      <w:r w:rsidR="00BA0EEC">
        <w:rPr>
          <w:rFonts w:ascii="Times New Roman" w:eastAsia="Times New Roman" w:hAnsi="Times New Roman" w:cs="Times New Roman"/>
          <w:sz w:val="28"/>
          <w:szCs w:val="28"/>
        </w:rPr>
        <w:t xml:space="preserve"> </w:t>
      </w:r>
      <w:r w:rsidRPr="009B5AC1">
        <w:rPr>
          <w:rFonts w:ascii="Times New Roman" w:eastAsia="Times New Roman" w:hAnsi="Times New Roman" w:cs="Times New Roman"/>
          <w:sz w:val="28"/>
          <w:szCs w:val="28"/>
        </w:rPr>
        <w:t>chọn cách tiếp cận bằng sự chân tình</w:t>
      </w:r>
      <w:r w:rsidR="00CD131C">
        <w:rPr>
          <w:rFonts w:ascii="Times New Roman" w:eastAsia="Times New Roman" w:hAnsi="Times New Roman" w:cs="Times New Roman"/>
          <w:sz w:val="28"/>
          <w:szCs w:val="28"/>
        </w:rPr>
        <w:t>:</w:t>
      </w:r>
      <w:r w:rsidRPr="009B5AC1">
        <w:rPr>
          <w:rFonts w:ascii="Times New Roman" w:eastAsia="Times New Roman" w:hAnsi="Times New Roman" w:cs="Times New Roman"/>
          <w:sz w:val="28"/>
          <w:szCs w:val="28"/>
        </w:rPr>
        <w:t xml:space="preserve"> </w:t>
      </w:r>
      <w:r w:rsidR="00C87316">
        <w:rPr>
          <w:rFonts w:ascii="Times New Roman" w:eastAsia="Times New Roman" w:hAnsi="Times New Roman" w:cs="Times New Roman"/>
          <w:sz w:val="28"/>
          <w:szCs w:val="28"/>
        </w:rPr>
        <w:t>Anh</w:t>
      </w:r>
      <w:r w:rsidR="00BA0EEC">
        <w:rPr>
          <w:rFonts w:ascii="Times New Roman" w:eastAsia="Times New Roman" w:hAnsi="Times New Roman" w:cs="Times New Roman"/>
          <w:sz w:val="28"/>
          <w:szCs w:val="28"/>
        </w:rPr>
        <w:t xml:space="preserve"> </w:t>
      </w:r>
      <w:r w:rsidRPr="009B5AC1">
        <w:rPr>
          <w:rFonts w:ascii="Times New Roman" w:eastAsia="Times New Roman" w:hAnsi="Times New Roman" w:cs="Times New Roman"/>
          <w:sz w:val="28"/>
          <w:szCs w:val="28"/>
        </w:rPr>
        <w:t>đến từng nhà, nói chuyện với từng già làng, giải thích rằng rừng kh</w:t>
      </w:r>
      <w:r w:rsidR="00BA0EEC">
        <w:rPr>
          <w:rFonts w:ascii="Times New Roman" w:eastAsia="Times New Roman" w:hAnsi="Times New Roman" w:cs="Times New Roman"/>
          <w:sz w:val="28"/>
          <w:szCs w:val="28"/>
        </w:rPr>
        <w:t xml:space="preserve">ông </w:t>
      </w:r>
      <w:r w:rsidRPr="009B5AC1">
        <w:rPr>
          <w:rFonts w:ascii="Times New Roman" w:eastAsia="Times New Roman" w:hAnsi="Times New Roman" w:cs="Times New Roman"/>
          <w:sz w:val="28"/>
          <w:szCs w:val="28"/>
        </w:rPr>
        <w:t>chỉ cho gỗ,</w:t>
      </w:r>
      <w:r w:rsidR="00851DA9" w:rsidRPr="009B5AC1">
        <w:rPr>
          <w:rFonts w:ascii="Times New Roman" w:eastAsia="Times New Roman" w:hAnsi="Times New Roman" w:cs="Times New Roman"/>
          <w:sz w:val="28"/>
          <w:szCs w:val="28"/>
        </w:rPr>
        <w:t xml:space="preserve"> cho củi,</w:t>
      </w:r>
      <w:r w:rsidRPr="009B5AC1">
        <w:rPr>
          <w:rFonts w:ascii="Times New Roman" w:eastAsia="Times New Roman" w:hAnsi="Times New Roman" w:cs="Times New Roman"/>
          <w:sz w:val="28"/>
          <w:szCs w:val="28"/>
        </w:rPr>
        <w:t xml:space="preserve"> mà còn cho nước, cho đất, cho </w:t>
      </w:r>
      <w:r w:rsidR="00851DA9" w:rsidRPr="009B5AC1">
        <w:rPr>
          <w:rFonts w:ascii="Times New Roman" w:eastAsia="Times New Roman" w:hAnsi="Times New Roman" w:cs="Times New Roman"/>
          <w:sz w:val="28"/>
          <w:szCs w:val="28"/>
        </w:rPr>
        <w:t xml:space="preserve">chúng ta có một </w:t>
      </w:r>
      <w:r w:rsidRPr="009B5AC1">
        <w:rPr>
          <w:rFonts w:ascii="Times New Roman" w:eastAsia="Times New Roman" w:hAnsi="Times New Roman" w:cs="Times New Roman"/>
          <w:sz w:val="28"/>
          <w:szCs w:val="28"/>
        </w:rPr>
        <w:t>cuộc sống lâu dài</w:t>
      </w:r>
      <w:r w:rsidR="00851DA9" w:rsidRPr="009B5AC1">
        <w:rPr>
          <w:rFonts w:ascii="Times New Roman" w:eastAsia="Times New Roman" w:hAnsi="Times New Roman" w:cs="Times New Roman"/>
          <w:sz w:val="28"/>
          <w:szCs w:val="28"/>
        </w:rPr>
        <w:t xml:space="preserve"> trong sạch…</w:t>
      </w:r>
      <w:r w:rsidR="00CD131C">
        <w:rPr>
          <w:rFonts w:ascii="Times New Roman" w:eastAsia="Times New Roman" w:hAnsi="Times New Roman" w:cs="Times New Roman"/>
          <w:sz w:val="28"/>
          <w:szCs w:val="28"/>
        </w:rPr>
        <w:t xml:space="preserve"> </w:t>
      </w:r>
      <w:r w:rsidRPr="009B5AC1">
        <w:rPr>
          <w:rFonts w:ascii="Times New Roman" w:eastAsia="Times New Roman" w:hAnsi="Times New Roman" w:cs="Times New Roman"/>
          <w:sz w:val="28"/>
          <w:szCs w:val="28"/>
        </w:rPr>
        <w:t>Ban đầu họ ngại</w:t>
      </w:r>
      <w:r w:rsidRPr="00323226">
        <w:rPr>
          <w:rFonts w:ascii="Times New Roman" w:eastAsia="Times New Roman" w:hAnsi="Times New Roman" w:cs="Times New Roman"/>
          <w:sz w:val="28"/>
          <w:szCs w:val="28"/>
        </w:rPr>
        <w:t xml:space="preserve">, nhưng thấy </w:t>
      </w:r>
      <w:r w:rsidR="00CD131C" w:rsidRPr="00323226">
        <w:rPr>
          <w:rFonts w:ascii="Times New Roman" w:eastAsia="Times New Roman" w:hAnsi="Times New Roman" w:cs="Times New Roman"/>
          <w:sz w:val="28"/>
          <w:szCs w:val="28"/>
        </w:rPr>
        <w:t>anh</w:t>
      </w:r>
      <w:r w:rsidRPr="00323226">
        <w:rPr>
          <w:rFonts w:ascii="Times New Roman" w:eastAsia="Times New Roman" w:hAnsi="Times New Roman" w:cs="Times New Roman"/>
          <w:sz w:val="28"/>
          <w:szCs w:val="28"/>
        </w:rPr>
        <w:t xml:space="preserve"> thật lòng</w:t>
      </w:r>
      <w:r w:rsidR="00B62433" w:rsidRPr="00323226">
        <w:rPr>
          <w:rFonts w:ascii="Times New Roman" w:eastAsia="Times New Roman" w:hAnsi="Times New Roman" w:cs="Times New Roman"/>
          <w:sz w:val="28"/>
          <w:szCs w:val="28"/>
        </w:rPr>
        <w:t xml:space="preserve">, </w:t>
      </w:r>
      <w:r w:rsidR="00CD131C" w:rsidRPr="00323226">
        <w:rPr>
          <w:rFonts w:ascii="Times New Roman" w:eastAsia="Times New Roman" w:hAnsi="Times New Roman" w:cs="Times New Roman"/>
          <w:sz w:val="28"/>
          <w:szCs w:val="28"/>
        </w:rPr>
        <w:t>chân thành mà từ đó chuyển qua niềm nở</w:t>
      </w:r>
      <w:r w:rsidR="00B62433" w:rsidRPr="00323226">
        <w:rPr>
          <w:rFonts w:ascii="Times New Roman" w:eastAsia="Times New Roman" w:hAnsi="Times New Roman" w:cs="Times New Roman"/>
          <w:sz w:val="28"/>
          <w:szCs w:val="28"/>
        </w:rPr>
        <w:t xml:space="preserve"> </w:t>
      </w:r>
      <w:r w:rsidR="00CD131C" w:rsidRPr="00323226">
        <w:rPr>
          <w:rFonts w:ascii="Times New Roman" w:eastAsia="Times New Roman" w:hAnsi="Times New Roman" w:cs="Times New Roman"/>
          <w:sz w:val="28"/>
          <w:szCs w:val="28"/>
        </w:rPr>
        <w:t>với anh hơn</w:t>
      </w:r>
      <w:r w:rsidR="00B62433" w:rsidRPr="00323226">
        <w:rPr>
          <w:rFonts w:ascii="Times New Roman" w:eastAsia="Times New Roman" w:hAnsi="Times New Roman" w:cs="Times New Roman"/>
          <w:sz w:val="28"/>
          <w:szCs w:val="28"/>
        </w:rPr>
        <w:t xml:space="preserve">. Có lần </w:t>
      </w:r>
      <w:r w:rsidR="009B67E6">
        <w:rPr>
          <w:rFonts w:ascii="Times New Roman" w:eastAsia="Times New Roman" w:hAnsi="Times New Roman" w:cs="Times New Roman"/>
          <w:sz w:val="28"/>
          <w:szCs w:val="28"/>
        </w:rPr>
        <w:t>ở lại thôn</w:t>
      </w:r>
      <w:r w:rsidRPr="00323226">
        <w:rPr>
          <w:rFonts w:ascii="Times New Roman" w:eastAsia="Times New Roman" w:hAnsi="Times New Roman" w:cs="Times New Roman"/>
          <w:sz w:val="28"/>
          <w:szCs w:val="28"/>
        </w:rPr>
        <w:t xml:space="preserve"> mấy ngày liền, </w:t>
      </w:r>
      <w:r w:rsidR="00CD131C" w:rsidRPr="00323226">
        <w:rPr>
          <w:rFonts w:ascii="Times New Roman" w:eastAsia="Times New Roman" w:hAnsi="Times New Roman" w:cs="Times New Roman"/>
          <w:sz w:val="28"/>
          <w:szCs w:val="28"/>
        </w:rPr>
        <w:t xml:space="preserve">Anh </w:t>
      </w:r>
      <w:r w:rsidRPr="00323226">
        <w:rPr>
          <w:rFonts w:ascii="Times New Roman" w:eastAsia="Times New Roman" w:hAnsi="Times New Roman" w:cs="Times New Roman"/>
          <w:sz w:val="28"/>
          <w:szCs w:val="28"/>
        </w:rPr>
        <w:t xml:space="preserve">cùng bà con </w:t>
      </w:r>
      <w:r w:rsidR="00323226" w:rsidRPr="00323226">
        <w:rPr>
          <w:rFonts w:ascii="Times New Roman" w:eastAsia="Times New Roman" w:hAnsi="Times New Roman" w:cs="Times New Roman"/>
          <w:color w:val="000000" w:themeColor="text1"/>
          <w:sz w:val="28"/>
          <w:szCs w:val="28"/>
        </w:rPr>
        <w:t xml:space="preserve">ở </w:t>
      </w:r>
      <w:r w:rsidR="00323226" w:rsidRPr="00323226">
        <w:rPr>
          <w:rFonts w:ascii="Times New Roman" w:hAnsi="Times New Roman" w:cs="Times New Roman"/>
          <w:bCs/>
          <w:color w:val="000000" w:themeColor="text1"/>
          <w:spacing w:val="-4"/>
          <w:sz w:val="28"/>
          <w:szCs w:val="28"/>
        </w:rPr>
        <w:t>khu dân cư Nước Long thuộc xã Sơn Mùa huyện Sơn Tây</w:t>
      </w:r>
      <w:r w:rsidR="00323226" w:rsidRPr="00323226">
        <w:rPr>
          <w:rFonts w:ascii="Times New Roman" w:hAnsi="Times New Roman" w:cs="Times New Roman"/>
          <w:bCs/>
          <w:i/>
          <w:color w:val="000000" w:themeColor="text1"/>
          <w:spacing w:val="-4"/>
          <w:sz w:val="28"/>
          <w:szCs w:val="28"/>
        </w:rPr>
        <w:t xml:space="preserve"> </w:t>
      </w:r>
      <w:r w:rsidRPr="00323226">
        <w:rPr>
          <w:rFonts w:ascii="Times New Roman" w:eastAsia="Times New Roman" w:hAnsi="Times New Roman" w:cs="Times New Roman"/>
          <w:sz w:val="28"/>
          <w:szCs w:val="28"/>
        </w:rPr>
        <w:t xml:space="preserve">làm rẫy, rồi hướng dẫn trồng </w:t>
      </w:r>
      <w:r w:rsidR="00851DA9" w:rsidRPr="00323226">
        <w:rPr>
          <w:rFonts w:ascii="Times New Roman" w:eastAsia="Times New Roman" w:hAnsi="Times New Roman" w:cs="Times New Roman"/>
          <w:sz w:val="28"/>
          <w:szCs w:val="28"/>
        </w:rPr>
        <w:t>các loài cây lâm sản phụ</w:t>
      </w:r>
      <w:r w:rsidRPr="00323226">
        <w:rPr>
          <w:rFonts w:ascii="Times New Roman" w:eastAsia="Times New Roman" w:hAnsi="Times New Roman" w:cs="Times New Roman"/>
          <w:sz w:val="28"/>
          <w:szCs w:val="28"/>
        </w:rPr>
        <w:t xml:space="preserve"> dưới tán rừng</w:t>
      </w:r>
      <w:r w:rsidR="009B67E6">
        <w:rPr>
          <w:rFonts w:ascii="Times New Roman" w:hAnsi="Times New Roman" w:cs="Times New Roman"/>
          <w:bCs/>
          <w:spacing w:val="-4"/>
          <w:sz w:val="28"/>
          <w:szCs w:val="28"/>
        </w:rPr>
        <w:t>.</w:t>
      </w:r>
      <w:r w:rsidRPr="009B5AC1">
        <w:rPr>
          <w:rFonts w:ascii="Times New Roman" w:eastAsia="Times New Roman" w:hAnsi="Times New Roman" w:cs="Times New Roman"/>
          <w:sz w:val="28"/>
          <w:szCs w:val="28"/>
        </w:rPr>
        <w:t xml:space="preserve"> Đến mùa thu hoạch, </w:t>
      </w:r>
      <w:r w:rsidR="00CD131C">
        <w:rPr>
          <w:rFonts w:ascii="Times New Roman" w:eastAsia="Times New Roman" w:hAnsi="Times New Roman" w:cs="Times New Roman"/>
          <w:sz w:val="28"/>
          <w:szCs w:val="28"/>
        </w:rPr>
        <w:t>h</w:t>
      </w:r>
      <w:r w:rsidR="009B67E6">
        <w:rPr>
          <w:rFonts w:ascii="Times New Roman" w:eastAsia="Times New Roman" w:hAnsi="Times New Roman" w:cs="Times New Roman"/>
          <w:sz w:val="28"/>
          <w:szCs w:val="28"/>
        </w:rPr>
        <w:t xml:space="preserve">ọ bảo: </w:t>
      </w:r>
      <w:r w:rsidRPr="009B5AC1">
        <w:rPr>
          <w:rFonts w:ascii="Times New Roman" w:eastAsia="Times New Roman" w:hAnsi="Times New Roman" w:cs="Times New Roman"/>
          <w:sz w:val="28"/>
          <w:szCs w:val="28"/>
        </w:rPr>
        <w:t xml:space="preserve">Cảm </w:t>
      </w:r>
      <w:r w:rsidRPr="009B5AC1">
        <w:rPr>
          <w:rFonts w:ascii="Times New Roman" w:eastAsia="Times New Roman" w:hAnsi="Times New Roman" w:cs="Times New Roman"/>
          <w:sz w:val="28"/>
          <w:szCs w:val="28"/>
        </w:rPr>
        <w:lastRenderedPageBreak/>
        <w:t>ơn anh Cư, nhờ anh m</w:t>
      </w:r>
      <w:r w:rsidR="00A80B86">
        <w:rPr>
          <w:rFonts w:ascii="Times New Roman" w:eastAsia="Times New Roman" w:hAnsi="Times New Roman" w:cs="Times New Roman"/>
          <w:sz w:val="28"/>
          <w:szCs w:val="28"/>
        </w:rPr>
        <w:t>à rừng sống, dân cũng sống</w:t>
      </w:r>
      <w:r w:rsidR="00CD131C">
        <w:rPr>
          <w:rFonts w:ascii="Times New Roman" w:eastAsia="Times New Roman" w:hAnsi="Times New Roman" w:cs="Times New Roman"/>
          <w:sz w:val="28"/>
          <w:szCs w:val="28"/>
        </w:rPr>
        <w:t xml:space="preserve">. </w:t>
      </w:r>
      <w:r w:rsidR="00CD131C" w:rsidRPr="009B67E6">
        <w:rPr>
          <w:rFonts w:ascii="Times New Roman" w:eastAsia="Times New Roman" w:hAnsi="Times New Roman" w:cs="Times New Roman"/>
          <w:color w:val="000000" w:themeColor="text1"/>
          <w:sz w:val="28"/>
          <w:szCs w:val="28"/>
        </w:rPr>
        <w:t>Từ sâu trong mắt họ, cảm giác niềm vui ấy như được nhân đôi.</w:t>
      </w:r>
    </w:p>
    <w:p w14:paraId="08142095" w14:textId="0AF5CC66" w:rsidR="00251437" w:rsidRPr="009B5AC1" w:rsidRDefault="00CD131C" w:rsidP="009B5AC1">
      <w:pPr>
        <w:spacing w:before="120" w:after="120" w:line="240" w:lineRule="auto"/>
        <w:ind w:firstLine="720"/>
        <w:jc w:val="both"/>
        <w:rPr>
          <w:rFonts w:ascii="Times New Roman" w:eastAsia="Times New Roman" w:hAnsi="Times New Roman" w:cs="Times New Roman"/>
          <w:sz w:val="28"/>
          <w:szCs w:val="28"/>
        </w:rPr>
      </w:pPr>
      <w:r w:rsidRPr="009B67E6">
        <w:rPr>
          <w:rFonts w:ascii="Times New Roman" w:eastAsia="Times New Roman" w:hAnsi="Times New Roman" w:cs="Times New Roman"/>
          <w:color w:val="000000" w:themeColor="text1"/>
          <w:sz w:val="28"/>
          <w:szCs w:val="28"/>
        </w:rPr>
        <w:t>T</w:t>
      </w:r>
      <w:r w:rsidR="00026D76" w:rsidRPr="009B67E6">
        <w:rPr>
          <w:rFonts w:ascii="Times New Roman" w:eastAsia="Times New Roman" w:hAnsi="Times New Roman" w:cs="Times New Roman"/>
          <w:color w:val="000000" w:themeColor="text1"/>
          <w:sz w:val="28"/>
          <w:szCs w:val="28"/>
        </w:rPr>
        <w:t>ừ đó, mô hình trồng cây Khôi Nhung dưới tán rừng tự nhiên được nhân rộng</w:t>
      </w:r>
      <w:r w:rsidRPr="009B67E6">
        <w:rPr>
          <w:rFonts w:ascii="Times New Roman" w:eastAsia="Times New Roman" w:hAnsi="Times New Roman" w:cs="Times New Roman"/>
          <w:color w:val="000000" w:themeColor="text1"/>
          <w:sz w:val="28"/>
          <w:szCs w:val="28"/>
        </w:rPr>
        <w:t xml:space="preserve"> </w:t>
      </w:r>
      <w:r w:rsidR="009B67E6" w:rsidRPr="009B67E6">
        <w:rPr>
          <w:rFonts w:ascii="Times New Roman" w:eastAsia="Times New Roman" w:hAnsi="Times New Roman" w:cs="Times New Roman"/>
          <w:color w:val="000000" w:themeColor="text1"/>
          <w:sz w:val="28"/>
          <w:szCs w:val="28"/>
        </w:rPr>
        <w:t xml:space="preserve">ra các thôn </w:t>
      </w:r>
      <w:r w:rsidR="009B67E6" w:rsidRPr="009B67E6">
        <w:rPr>
          <w:rFonts w:ascii="Times New Roman" w:hAnsi="Times New Roman" w:cs="Times New Roman"/>
          <w:bCs/>
          <w:color w:val="000000" w:themeColor="text1"/>
          <w:spacing w:val="-4"/>
          <w:sz w:val="28"/>
          <w:szCs w:val="28"/>
        </w:rPr>
        <w:t>ở các huyện miền núi tỉnh Quảng Ngãi.</w:t>
      </w:r>
      <w:r w:rsidRPr="009B67E6">
        <w:rPr>
          <w:rFonts w:ascii="Times New Roman" w:eastAsia="Times New Roman" w:hAnsi="Times New Roman" w:cs="Times New Roman"/>
          <w:color w:val="000000" w:themeColor="text1"/>
          <w:sz w:val="28"/>
          <w:szCs w:val="28"/>
        </w:rPr>
        <w:t xml:space="preserve"> </w:t>
      </w:r>
      <w:r w:rsidR="00026D76" w:rsidRPr="009B67E6">
        <w:rPr>
          <w:rFonts w:ascii="Times New Roman" w:eastAsia="Times New Roman" w:hAnsi="Times New Roman" w:cs="Times New Roman"/>
          <w:color w:val="000000" w:themeColor="text1"/>
          <w:sz w:val="28"/>
          <w:szCs w:val="28"/>
        </w:rPr>
        <w:t xml:space="preserve">Rồi những </w:t>
      </w:r>
      <w:r w:rsidR="00026D76" w:rsidRPr="009B5AC1">
        <w:rPr>
          <w:rFonts w:ascii="Times New Roman" w:eastAsia="Times New Roman" w:hAnsi="Times New Roman" w:cs="Times New Roman"/>
          <w:sz w:val="28"/>
          <w:szCs w:val="28"/>
        </w:rPr>
        <w:t xml:space="preserve">sáng kiến tiếp theo về </w:t>
      </w:r>
      <w:r w:rsidR="00026D76" w:rsidRPr="00CD131C">
        <w:rPr>
          <w:rFonts w:ascii="Times New Roman" w:eastAsia="Times New Roman" w:hAnsi="Times New Roman" w:cs="Times New Roman"/>
          <w:sz w:val="28"/>
          <w:szCs w:val="28"/>
        </w:rPr>
        <w:t>Măng Vót, Măng Nứa</w:t>
      </w:r>
      <w:r w:rsidR="00026D76" w:rsidRPr="009B5AC1">
        <w:rPr>
          <w:rFonts w:ascii="Times New Roman" w:eastAsia="Times New Roman" w:hAnsi="Times New Roman" w:cs="Times New Roman"/>
          <w:sz w:val="28"/>
          <w:szCs w:val="28"/>
        </w:rPr>
        <w:t xml:space="preserve"> lần lượt ra đời, đều </w:t>
      </w:r>
      <w:r w:rsidR="006B2ED7">
        <w:rPr>
          <w:rFonts w:ascii="Times New Roman" w:eastAsia="Times New Roman" w:hAnsi="Times New Roman" w:cs="Times New Roman"/>
          <w:sz w:val="28"/>
          <w:szCs w:val="28"/>
        </w:rPr>
        <w:t>mang dấu ấn của anh</w:t>
      </w:r>
      <w:r w:rsidR="00026D76" w:rsidRPr="009B5AC1">
        <w:rPr>
          <w:rFonts w:ascii="Times New Roman" w:eastAsia="Times New Roman" w:hAnsi="Times New Roman" w:cs="Times New Roman"/>
          <w:sz w:val="28"/>
          <w:szCs w:val="28"/>
        </w:rPr>
        <w:t xml:space="preserve">. </w:t>
      </w:r>
      <w:r w:rsidR="006B2ED7">
        <w:rPr>
          <w:rFonts w:ascii="Times New Roman" w:eastAsia="Times New Roman" w:hAnsi="Times New Roman" w:cs="Times New Roman"/>
          <w:sz w:val="28"/>
          <w:szCs w:val="28"/>
        </w:rPr>
        <w:t xml:space="preserve">Anh </w:t>
      </w:r>
      <w:r w:rsidR="00026D76" w:rsidRPr="009B5AC1">
        <w:rPr>
          <w:rFonts w:ascii="Times New Roman" w:eastAsia="Times New Roman" w:hAnsi="Times New Roman" w:cs="Times New Roman"/>
          <w:sz w:val="28"/>
          <w:szCs w:val="28"/>
        </w:rPr>
        <w:t>kh</w:t>
      </w:r>
      <w:r w:rsidR="006B2ED7">
        <w:rPr>
          <w:rFonts w:ascii="Times New Roman" w:eastAsia="Times New Roman" w:hAnsi="Times New Roman" w:cs="Times New Roman"/>
          <w:sz w:val="28"/>
          <w:szCs w:val="28"/>
        </w:rPr>
        <w:t xml:space="preserve">ông </w:t>
      </w:r>
      <w:r w:rsidR="00026D76" w:rsidRPr="009B5AC1">
        <w:rPr>
          <w:rFonts w:ascii="Times New Roman" w:eastAsia="Times New Roman" w:hAnsi="Times New Roman" w:cs="Times New Roman"/>
          <w:sz w:val="28"/>
          <w:szCs w:val="28"/>
        </w:rPr>
        <w:t>chỉ giữ rừng mà còn b</w:t>
      </w:r>
      <w:r w:rsidR="00D4204F" w:rsidRPr="009B5AC1">
        <w:rPr>
          <w:rFonts w:ascii="Times New Roman" w:eastAsia="Times New Roman" w:hAnsi="Times New Roman" w:cs="Times New Roman"/>
          <w:sz w:val="28"/>
          <w:szCs w:val="28"/>
        </w:rPr>
        <w:t>iến rừng thành sinh kế bền vững</w:t>
      </w:r>
      <w:r w:rsidR="00DC5474">
        <w:rPr>
          <w:rFonts w:ascii="Times New Roman" w:eastAsia="Times New Roman" w:hAnsi="Times New Roman" w:cs="Times New Roman"/>
          <w:sz w:val="28"/>
          <w:szCs w:val="28"/>
        </w:rPr>
        <w:t xml:space="preserve"> cho bà con</w:t>
      </w:r>
      <w:r w:rsidR="008766C4" w:rsidRPr="009B5AC1">
        <w:rPr>
          <w:rFonts w:ascii="Times New Roman" w:eastAsia="Times New Roman" w:hAnsi="Times New Roman" w:cs="Times New Roman"/>
          <w:sz w:val="28"/>
          <w:szCs w:val="28"/>
        </w:rPr>
        <w:t>.</w:t>
      </w:r>
    </w:p>
    <w:p w14:paraId="52112E95" w14:textId="77777777" w:rsidR="00251437" w:rsidRPr="009B5AC1" w:rsidRDefault="00251437" w:rsidP="009B5AC1">
      <w:pPr>
        <w:spacing w:before="120" w:after="120" w:line="240" w:lineRule="auto"/>
        <w:ind w:firstLine="720"/>
        <w:jc w:val="both"/>
        <w:rPr>
          <w:rFonts w:ascii="Times New Roman" w:hAnsi="Times New Roman" w:cs="Times New Roman"/>
          <w:color w:val="000000" w:themeColor="text1"/>
          <w:sz w:val="28"/>
          <w:szCs w:val="28"/>
        </w:rPr>
      </w:pPr>
    </w:p>
    <w:p w14:paraId="33B0B923" w14:textId="0F716F2D" w:rsidR="00851DA9" w:rsidRPr="00851DA9" w:rsidRDefault="00251437" w:rsidP="009B5AC1">
      <w:pPr>
        <w:shd w:val="clear" w:color="auto" w:fill="FFFFFF"/>
        <w:tabs>
          <w:tab w:val="left" w:pos="2110"/>
          <w:tab w:val="left" w:pos="2205"/>
          <w:tab w:val="left" w:pos="2340"/>
        </w:tabs>
        <w:spacing w:before="120" w:after="120" w:line="240" w:lineRule="auto"/>
        <w:jc w:val="both"/>
        <w:rPr>
          <w:rFonts w:ascii="Times New Roman" w:eastAsia="Times New Roman" w:hAnsi="Times New Roman" w:cs="Times New Roman"/>
          <w:color w:val="000000"/>
          <w:sz w:val="28"/>
          <w:szCs w:val="28"/>
        </w:rPr>
      </w:pPr>
      <w:r w:rsidRPr="009B5AC1">
        <w:rPr>
          <w:rFonts w:ascii="Times New Roman" w:eastAsia="Times New Roman" w:hAnsi="Times New Roman" w:cs="Times New Roman"/>
          <w:noProof/>
          <w:color w:val="000000"/>
          <w:sz w:val="28"/>
          <w:szCs w:val="28"/>
        </w:rPr>
        <w:drawing>
          <wp:anchor distT="0" distB="0" distL="114300" distR="114300" simplePos="0" relativeHeight="251662336" behindDoc="0" locked="0" layoutInCell="1" allowOverlap="1" wp14:anchorId="26F15426" wp14:editId="24309B74">
            <wp:simplePos x="0" y="0"/>
            <wp:positionH relativeFrom="margin">
              <wp:posOffset>38100</wp:posOffset>
            </wp:positionH>
            <wp:positionV relativeFrom="paragraph">
              <wp:posOffset>9525</wp:posOffset>
            </wp:positionV>
            <wp:extent cx="1343660" cy="1669415"/>
            <wp:effectExtent l="0" t="0" r="8890" b="6985"/>
            <wp:wrapSquare wrapText="right"/>
            <wp:docPr id="11078896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1669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DA9" w:rsidRPr="009B5AC1">
        <w:rPr>
          <w:rFonts w:ascii="Times New Roman" w:eastAsia="Times New Roman" w:hAnsi="Times New Roman" w:cs="Times New Roman"/>
          <w:b/>
          <w:noProof/>
          <w:color w:val="000000"/>
          <w:sz w:val="28"/>
          <w:szCs w:val="28"/>
        </w:rPr>
        <w:drawing>
          <wp:inline distT="0" distB="0" distL="0" distR="0" wp14:anchorId="7BA5195C" wp14:editId="29173BA9">
            <wp:extent cx="1350569" cy="1621424"/>
            <wp:effectExtent l="0" t="0" r="2540" b="0"/>
            <wp:docPr id="15930232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66" cy="1639789"/>
                    </a:xfrm>
                    <a:prstGeom prst="rect">
                      <a:avLst/>
                    </a:prstGeom>
                    <a:noFill/>
                    <a:ln>
                      <a:noFill/>
                    </a:ln>
                  </pic:spPr>
                </pic:pic>
              </a:graphicData>
            </a:graphic>
          </wp:inline>
        </w:drawing>
      </w:r>
      <w:r w:rsidR="00851DA9" w:rsidRPr="00851DA9">
        <w:rPr>
          <w:rFonts w:ascii="Times New Roman" w:eastAsia="Times New Roman" w:hAnsi="Times New Roman" w:cs="Times New Roman"/>
          <w:color w:val="000000"/>
          <w:sz w:val="28"/>
          <w:szCs w:val="28"/>
        </w:rPr>
        <w:t xml:space="preserve"> </w:t>
      </w:r>
      <w:r w:rsidR="00851DA9" w:rsidRPr="009B5AC1">
        <w:rPr>
          <w:rFonts w:ascii="Times New Roman" w:eastAsia="Times New Roman" w:hAnsi="Times New Roman" w:cs="Times New Roman"/>
          <w:noProof/>
          <w:color w:val="000000"/>
          <w:sz w:val="28"/>
          <w:szCs w:val="28"/>
        </w:rPr>
        <w:drawing>
          <wp:inline distT="0" distB="0" distL="0" distR="0" wp14:anchorId="18A78549" wp14:editId="7B588381">
            <wp:extent cx="1407160" cy="1644576"/>
            <wp:effectExtent l="0" t="0" r="2540" b="0"/>
            <wp:docPr id="21366042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7266" cy="1656387"/>
                    </a:xfrm>
                    <a:prstGeom prst="rect">
                      <a:avLst/>
                    </a:prstGeom>
                    <a:noFill/>
                    <a:ln>
                      <a:noFill/>
                    </a:ln>
                  </pic:spPr>
                </pic:pic>
              </a:graphicData>
            </a:graphic>
          </wp:inline>
        </w:drawing>
      </w:r>
      <w:r w:rsidR="00851DA9" w:rsidRPr="00851DA9">
        <w:rPr>
          <w:rFonts w:ascii="Times New Roman" w:eastAsia="Times New Roman" w:hAnsi="Times New Roman" w:cs="Times New Roman"/>
          <w:color w:val="000000"/>
          <w:sz w:val="28"/>
          <w:szCs w:val="28"/>
        </w:rPr>
        <w:t xml:space="preserve"> </w:t>
      </w:r>
      <w:r w:rsidR="00851DA9" w:rsidRPr="009B5AC1">
        <w:rPr>
          <w:rFonts w:ascii="Times New Roman" w:eastAsia="Times New Roman" w:hAnsi="Times New Roman" w:cs="Times New Roman"/>
          <w:noProof/>
          <w:color w:val="000000"/>
          <w:sz w:val="28"/>
          <w:szCs w:val="28"/>
        </w:rPr>
        <w:drawing>
          <wp:inline distT="0" distB="0" distL="0" distR="0" wp14:anchorId="6DB0F91D" wp14:editId="0DB9E626">
            <wp:extent cx="1423035" cy="1660687"/>
            <wp:effectExtent l="0" t="0" r="5715" b="0"/>
            <wp:docPr id="16607708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389" cy="1666935"/>
                    </a:xfrm>
                    <a:prstGeom prst="rect">
                      <a:avLst/>
                    </a:prstGeom>
                    <a:noFill/>
                    <a:ln>
                      <a:noFill/>
                    </a:ln>
                  </pic:spPr>
                </pic:pic>
              </a:graphicData>
            </a:graphic>
          </wp:inline>
        </w:drawing>
      </w:r>
    </w:p>
    <w:p w14:paraId="1DBB4504" w14:textId="56C773FF" w:rsidR="00851DA9" w:rsidRPr="00851DA9" w:rsidRDefault="00851DA9" w:rsidP="009B5AC1">
      <w:pPr>
        <w:shd w:val="clear" w:color="auto" w:fill="FFFFFF"/>
        <w:tabs>
          <w:tab w:val="left" w:pos="2110"/>
          <w:tab w:val="left" w:pos="2205"/>
          <w:tab w:val="left" w:pos="2340"/>
        </w:tabs>
        <w:spacing w:before="120" w:after="120" w:line="240" w:lineRule="auto"/>
        <w:jc w:val="both"/>
        <w:rPr>
          <w:rFonts w:ascii="Times New Roman" w:eastAsia="Times New Roman" w:hAnsi="Times New Roman" w:cs="Times New Roman"/>
          <w:color w:val="000000"/>
          <w:sz w:val="28"/>
          <w:szCs w:val="28"/>
        </w:rPr>
      </w:pPr>
      <w:r w:rsidRPr="009B5AC1">
        <w:rPr>
          <w:rFonts w:ascii="Times New Roman" w:eastAsia="Times New Roman" w:hAnsi="Times New Roman" w:cs="Times New Roman"/>
          <w:noProof/>
          <w:color w:val="000000"/>
          <w:sz w:val="28"/>
          <w:szCs w:val="28"/>
        </w:rPr>
        <w:drawing>
          <wp:inline distT="0" distB="0" distL="0" distR="0" wp14:anchorId="3951C532" wp14:editId="2FBF0411">
            <wp:extent cx="1406654" cy="1510251"/>
            <wp:effectExtent l="0" t="0" r="3175" b="0"/>
            <wp:docPr id="16699916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0552" cy="1514436"/>
                    </a:xfrm>
                    <a:prstGeom prst="rect">
                      <a:avLst/>
                    </a:prstGeom>
                    <a:noFill/>
                    <a:ln>
                      <a:noFill/>
                    </a:ln>
                  </pic:spPr>
                </pic:pic>
              </a:graphicData>
            </a:graphic>
          </wp:inline>
        </w:drawing>
      </w:r>
      <w:r w:rsidRPr="00851DA9">
        <w:rPr>
          <w:rFonts w:ascii="Times New Roman" w:eastAsia="Times New Roman" w:hAnsi="Times New Roman" w:cs="Times New Roman"/>
          <w:color w:val="000000"/>
          <w:sz w:val="28"/>
          <w:szCs w:val="28"/>
        </w:rPr>
        <w:t xml:space="preserve"> </w:t>
      </w:r>
      <w:r w:rsidRPr="009B5AC1">
        <w:rPr>
          <w:rFonts w:ascii="Times New Roman" w:eastAsia="Times New Roman" w:hAnsi="Times New Roman" w:cs="Times New Roman"/>
          <w:noProof/>
          <w:color w:val="000000"/>
          <w:sz w:val="28"/>
          <w:szCs w:val="28"/>
        </w:rPr>
        <w:drawing>
          <wp:inline distT="0" distB="0" distL="0" distR="0" wp14:anchorId="1106EC27" wp14:editId="4E0BC5DC">
            <wp:extent cx="1407160" cy="1518920"/>
            <wp:effectExtent l="0" t="0" r="2540" b="5080"/>
            <wp:docPr id="4659458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7160" cy="1518920"/>
                    </a:xfrm>
                    <a:prstGeom prst="rect">
                      <a:avLst/>
                    </a:prstGeom>
                    <a:noFill/>
                    <a:ln>
                      <a:noFill/>
                    </a:ln>
                  </pic:spPr>
                </pic:pic>
              </a:graphicData>
            </a:graphic>
          </wp:inline>
        </w:drawing>
      </w:r>
      <w:r w:rsidRPr="00851DA9">
        <w:rPr>
          <w:rFonts w:ascii="Times New Roman" w:eastAsia="Times New Roman" w:hAnsi="Times New Roman" w:cs="Times New Roman"/>
          <w:color w:val="000000"/>
          <w:sz w:val="28"/>
          <w:szCs w:val="28"/>
        </w:rPr>
        <w:t xml:space="preserve"> </w:t>
      </w:r>
      <w:r w:rsidRPr="009B5AC1">
        <w:rPr>
          <w:rFonts w:ascii="Times New Roman" w:eastAsia="Times New Roman" w:hAnsi="Times New Roman" w:cs="Times New Roman"/>
          <w:noProof/>
          <w:color w:val="000000"/>
          <w:sz w:val="28"/>
          <w:szCs w:val="28"/>
        </w:rPr>
        <w:drawing>
          <wp:inline distT="0" distB="0" distL="0" distR="0" wp14:anchorId="519E579A" wp14:editId="34B25FEA">
            <wp:extent cx="1447138" cy="1518920"/>
            <wp:effectExtent l="0" t="0" r="1270" b="5080"/>
            <wp:docPr id="11031528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9688" cy="1521597"/>
                    </a:xfrm>
                    <a:prstGeom prst="rect">
                      <a:avLst/>
                    </a:prstGeom>
                    <a:noFill/>
                    <a:ln>
                      <a:noFill/>
                    </a:ln>
                  </pic:spPr>
                </pic:pic>
              </a:graphicData>
            </a:graphic>
          </wp:inline>
        </w:drawing>
      </w:r>
      <w:r w:rsidRPr="00851DA9">
        <w:rPr>
          <w:rFonts w:ascii="Times New Roman" w:eastAsia="Times New Roman" w:hAnsi="Times New Roman" w:cs="Times New Roman"/>
          <w:color w:val="000000"/>
          <w:sz w:val="28"/>
          <w:szCs w:val="28"/>
        </w:rPr>
        <w:t xml:space="preserve"> </w:t>
      </w:r>
      <w:r w:rsidRPr="009B5AC1">
        <w:rPr>
          <w:rFonts w:ascii="Times New Roman" w:eastAsia="Times New Roman" w:hAnsi="Times New Roman" w:cs="Times New Roman"/>
          <w:noProof/>
          <w:color w:val="000000"/>
          <w:sz w:val="28"/>
          <w:szCs w:val="28"/>
        </w:rPr>
        <w:drawing>
          <wp:inline distT="0" distB="0" distL="0" distR="0" wp14:anchorId="42939B11" wp14:editId="3A16696D">
            <wp:extent cx="1295814" cy="1526300"/>
            <wp:effectExtent l="0" t="0" r="0" b="0"/>
            <wp:docPr id="1352222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8369" cy="1529309"/>
                    </a:xfrm>
                    <a:prstGeom prst="rect">
                      <a:avLst/>
                    </a:prstGeom>
                    <a:noFill/>
                    <a:ln>
                      <a:noFill/>
                    </a:ln>
                  </pic:spPr>
                </pic:pic>
              </a:graphicData>
            </a:graphic>
          </wp:inline>
        </w:drawing>
      </w:r>
    </w:p>
    <w:p w14:paraId="2E2BA9A0" w14:textId="0B41BAEF" w:rsidR="00251437" w:rsidRPr="009B5AC1" w:rsidRDefault="00251437" w:rsidP="009B5AC1">
      <w:pPr>
        <w:spacing w:before="120" w:after="120" w:line="240" w:lineRule="auto"/>
        <w:ind w:firstLine="720"/>
        <w:jc w:val="center"/>
        <w:rPr>
          <w:rFonts w:ascii="Times New Roman" w:hAnsi="Times New Roman" w:cs="Times New Roman"/>
          <w:bCs/>
          <w:i/>
          <w:iCs/>
          <w:color w:val="000000" w:themeColor="text1"/>
          <w:sz w:val="28"/>
          <w:szCs w:val="28"/>
        </w:rPr>
      </w:pPr>
      <w:r w:rsidRPr="009B5AC1">
        <w:rPr>
          <w:rFonts w:ascii="Times New Roman" w:hAnsi="Times New Roman" w:cs="Times New Roman"/>
          <w:bCs/>
          <w:i/>
          <w:iCs/>
          <w:color w:val="000000" w:themeColor="text1"/>
          <w:sz w:val="28"/>
          <w:szCs w:val="28"/>
        </w:rPr>
        <w:t>Ảnh: Các sản phẩm từ mô hình măng Vót.</w:t>
      </w:r>
    </w:p>
    <w:p w14:paraId="3D8DA990" w14:textId="7284F64D" w:rsidR="00D27C3D" w:rsidRPr="00D27C3D" w:rsidRDefault="000B2811" w:rsidP="00D27C3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C5474">
        <w:rPr>
          <w:rFonts w:ascii="Times New Roman" w:eastAsia="Times New Roman" w:hAnsi="Times New Roman" w:cs="Times New Roman"/>
          <w:sz w:val="28"/>
          <w:szCs w:val="28"/>
        </w:rPr>
        <w:t>Thấm thoát cũng đã h</w:t>
      </w:r>
      <w:r w:rsidRPr="000B2811">
        <w:rPr>
          <w:rFonts w:ascii="Times New Roman" w:eastAsia="Times New Roman" w:hAnsi="Times New Roman" w:cs="Times New Roman"/>
          <w:sz w:val="28"/>
          <w:szCs w:val="28"/>
        </w:rPr>
        <w:t xml:space="preserve">ơn 20 năm gắn bó với Sơn Tây, anh Đinh Văn Cư đã để lại dấu ấn không chỉ bằng những con số hay những tấm bằng khen, mà bằng </w:t>
      </w:r>
      <w:r w:rsidRPr="00DC5474">
        <w:rPr>
          <w:rFonts w:ascii="Times New Roman" w:eastAsia="Times New Roman" w:hAnsi="Times New Roman" w:cs="Times New Roman"/>
          <w:sz w:val="28"/>
          <w:szCs w:val="28"/>
        </w:rPr>
        <w:t xml:space="preserve">tình yêu chân thành với rừng, với con người nơi đây. </w:t>
      </w:r>
      <w:r w:rsidRPr="000B2811">
        <w:rPr>
          <w:rFonts w:ascii="Times New Roman" w:eastAsia="Times New Roman" w:hAnsi="Times New Roman" w:cs="Times New Roman"/>
          <w:sz w:val="28"/>
          <w:szCs w:val="28"/>
        </w:rPr>
        <w:t>Anh là minh chứng sống động cho hình ảnh người kiểm lâm “dám chọn gian khổ, chọn sống giữa rừng” để giữ lấy màu xanh bình yên cho quê hương.</w:t>
      </w:r>
      <w:r w:rsidR="00D27C3D">
        <w:rPr>
          <w:rFonts w:ascii="Times New Roman" w:eastAsia="Times New Roman" w:hAnsi="Times New Roman" w:cs="Times New Roman"/>
          <w:sz w:val="28"/>
          <w:szCs w:val="28"/>
        </w:rPr>
        <w:t xml:space="preserve"> </w:t>
      </w:r>
      <w:r w:rsidR="00D27C3D" w:rsidRPr="00D27C3D">
        <w:rPr>
          <w:rFonts w:ascii="Times New Roman" w:eastAsia="Times New Roman" w:hAnsi="Times New Roman" w:cs="Times New Roman"/>
          <w:sz w:val="28"/>
          <w:szCs w:val="28"/>
        </w:rPr>
        <w:t xml:space="preserve">Ở anh Đinh Văn Cư, người ta thấy được tinh thần </w:t>
      </w:r>
      <w:r w:rsidR="00D27C3D" w:rsidRPr="00DC5474">
        <w:rPr>
          <w:rFonts w:ascii="Times New Roman" w:eastAsia="Times New Roman" w:hAnsi="Times New Roman" w:cs="Times New Roman"/>
          <w:sz w:val="28"/>
          <w:szCs w:val="28"/>
        </w:rPr>
        <w:t>“vì rừng, vì dân”,</w:t>
      </w:r>
      <w:r w:rsidR="00D27C3D" w:rsidRPr="00D27C3D">
        <w:rPr>
          <w:rFonts w:ascii="Times New Roman" w:eastAsia="Times New Roman" w:hAnsi="Times New Roman" w:cs="Times New Roman"/>
          <w:sz w:val="28"/>
          <w:szCs w:val="28"/>
        </w:rPr>
        <w:t xml:space="preserve"> thấy một trái tim luôn </w:t>
      </w:r>
      <w:r w:rsidR="00DC5474">
        <w:rPr>
          <w:rFonts w:ascii="Times New Roman" w:eastAsia="Times New Roman" w:hAnsi="Times New Roman" w:cs="Times New Roman"/>
          <w:sz w:val="28"/>
          <w:szCs w:val="28"/>
        </w:rPr>
        <w:t>hết mình</w:t>
      </w:r>
      <w:r w:rsidR="00D27C3D" w:rsidRPr="00D27C3D">
        <w:rPr>
          <w:rFonts w:ascii="Times New Roman" w:eastAsia="Times New Roman" w:hAnsi="Times New Roman" w:cs="Times New Roman"/>
          <w:sz w:val="28"/>
          <w:szCs w:val="28"/>
        </w:rPr>
        <w:t xml:space="preserve"> với nghề. </w:t>
      </w:r>
      <w:r w:rsidR="00DC5474">
        <w:rPr>
          <w:rFonts w:ascii="Times New Roman" w:eastAsia="Times New Roman" w:hAnsi="Times New Roman" w:cs="Times New Roman"/>
          <w:sz w:val="28"/>
          <w:szCs w:val="28"/>
        </w:rPr>
        <w:t>Màu áo xanh Kiểm lâm ấy</w:t>
      </w:r>
      <w:r w:rsidR="00D27C3D" w:rsidRPr="00D27C3D">
        <w:rPr>
          <w:rFonts w:ascii="Times New Roman" w:eastAsia="Times New Roman" w:hAnsi="Times New Roman" w:cs="Times New Roman"/>
          <w:sz w:val="28"/>
          <w:szCs w:val="28"/>
        </w:rPr>
        <w:t xml:space="preserve"> còn là </w:t>
      </w:r>
      <w:r w:rsidR="00D27C3D" w:rsidRPr="00DC5474">
        <w:rPr>
          <w:rFonts w:ascii="Times New Roman" w:eastAsia="Times New Roman" w:hAnsi="Times New Roman" w:cs="Times New Roman"/>
          <w:sz w:val="28"/>
          <w:szCs w:val="28"/>
        </w:rPr>
        <w:t>người truyền cảm hứng</w:t>
      </w:r>
      <w:r w:rsidR="00D27C3D" w:rsidRPr="00D27C3D">
        <w:rPr>
          <w:rFonts w:ascii="Times New Roman" w:eastAsia="Times New Roman" w:hAnsi="Times New Roman" w:cs="Times New Roman"/>
          <w:sz w:val="28"/>
          <w:szCs w:val="28"/>
        </w:rPr>
        <w:t xml:space="preserve"> cho thế hệ trẻ Kiểm lâm về lòng dũng cảm, sự tận tụy và trách nhiệm với </w:t>
      </w:r>
      <w:r w:rsidR="00DC5474">
        <w:rPr>
          <w:rFonts w:ascii="Times New Roman" w:eastAsia="Times New Roman" w:hAnsi="Times New Roman" w:cs="Times New Roman"/>
          <w:sz w:val="28"/>
          <w:szCs w:val="28"/>
        </w:rPr>
        <w:t>ngành nghề.</w:t>
      </w:r>
    </w:p>
    <w:p w14:paraId="196FED97" w14:textId="7EA56C82" w:rsidR="007878D4" w:rsidRPr="009B5AC1" w:rsidRDefault="008F7C31" w:rsidP="009B5AC1">
      <w:pPr>
        <w:spacing w:before="120" w:after="120" w:line="240" w:lineRule="auto"/>
        <w:ind w:firstLine="720"/>
        <w:jc w:val="both"/>
        <w:rPr>
          <w:rFonts w:ascii="Times New Roman" w:eastAsia="Times New Roman" w:hAnsi="Times New Roman" w:cs="Times New Roman"/>
          <w:b/>
          <w:sz w:val="28"/>
          <w:szCs w:val="28"/>
        </w:rPr>
      </w:pPr>
      <w:r w:rsidRPr="009B5AC1">
        <w:rPr>
          <w:rFonts w:ascii="Times New Roman" w:hAnsi="Times New Roman" w:cs="Times New Roman"/>
          <w:b/>
          <w:color w:val="000000" w:themeColor="text1"/>
          <w:sz w:val="28"/>
          <w:szCs w:val="28"/>
        </w:rPr>
        <w:t>Vinh dự và trách nhiệm mới</w:t>
      </w:r>
    </w:p>
    <w:p w14:paraId="03EF5627" w14:textId="2FBE5F5F" w:rsidR="00DC5474" w:rsidRDefault="008F7C31" w:rsidP="00DC5474">
      <w:pPr>
        <w:spacing w:before="120" w:after="120" w:line="240" w:lineRule="auto"/>
        <w:ind w:firstLine="720"/>
        <w:jc w:val="both"/>
        <w:rPr>
          <w:rFonts w:ascii="Times New Roman" w:hAnsi="Times New Roman" w:cs="Times New Roman"/>
          <w:color w:val="000000" w:themeColor="text1"/>
          <w:sz w:val="28"/>
          <w:szCs w:val="28"/>
        </w:rPr>
      </w:pPr>
      <w:r w:rsidRPr="009B5AC1">
        <w:rPr>
          <w:rFonts w:ascii="Times New Roman" w:hAnsi="Times New Roman" w:cs="Times New Roman"/>
          <w:color w:val="000000" w:themeColor="text1"/>
          <w:sz w:val="28"/>
          <w:szCs w:val="28"/>
        </w:rPr>
        <w:t xml:space="preserve">Tháng 8 năm 2025, sau nhiều năm cống hiến cho Hạt Kiểm lâm </w:t>
      </w:r>
      <w:r w:rsidR="00DC5474">
        <w:rPr>
          <w:rFonts w:ascii="Times New Roman" w:hAnsi="Times New Roman" w:cs="Times New Roman"/>
          <w:color w:val="000000" w:themeColor="text1"/>
          <w:sz w:val="28"/>
          <w:szCs w:val="28"/>
        </w:rPr>
        <w:t xml:space="preserve">huyện </w:t>
      </w:r>
      <w:r w:rsidRPr="009B5AC1">
        <w:rPr>
          <w:rFonts w:ascii="Times New Roman" w:hAnsi="Times New Roman" w:cs="Times New Roman"/>
          <w:color w:val="000000" w:themeColor="text1"/>
          <w:sz w:val="28"/>
          <w:szCs w:val="28"/>
        </w:rPr>
        <w:t>Sơn Tây</w:t>
      </w:r>
      <w:r w:rsidR="00DC5474">
        <w:rPr>
          <w:rFonts w:ascii="Times New Roman" w:hAnsi="Times New Roman" w:cs="Times New Roman"/>
          <w:color w:val="000000" w:themeColor="text1"/>
          <w:sz w:val="28"/>
          <w:szCs w:val="28"/>
        </w:rPr>
        <w:t xml:space="preserve"> </w:t>
      </w:r>
      <w:r w:rsidR="00DC5474" w:rsidRPr="00DC5474">
        <w:rPr>
          <w:rFonts w:ascii="Times New Roman" w:hAnsi="Times New Roman" w:cs="Times New Roman"/>
          <w:i/>
          <w:iCs/>
          <w:color w:val="000000" w:themeColor="text1"/>
          <w:sz w:val="28"/>
          <w:szCs w:val="28"/>
        </w:rPr>
        <w:t>(nay là Hạt Kiểm lâm khu vực VII)</w:t>
      </w:r>
      <w:r w:rsidRPr="00DC5474">
        <w:rPr>
          <w:rFonts w:ascii="Times New Roman" w:hAnsi="Times New Roman" w:cs="Times New Roman"/>
          <w:i/>
          <w:iCs/>
          <w:color w:val="000000" w:themeColor="text1"/>
          <w:sz w:val="28"/>
          <w:szCs w:val="28"/>
        </w:rPr>
        <w:t>,</w:t>
      </w:r>
      <w:r w:rsidRPr="009B5AC1">
        <w:rPr>
          <w:rFonts w:ascii="Times New Roman" w:hAnsi="Times New Roman" w:cs="Times New Roman"/>
          <w:color w:val="000000" w:themeColor="text1"/>
          <w:sz w:val="28"/>
          <w:szCs w:val="28"/>
        </w:rPr>
        <w:t xml:space="preserve"> </w:t>
      </w:r>
      <w:r w:rsidR="00DC5474">
        <w:rPr>
          <w:rFonts w:ascii="Times New Roman" w:hAnsi="Times New Roman" w:cs="Times New Roman"/>
          <w:color w:val="000000" w:themeColor="text1"/>
          <w:sz w:val="28"/>
          <w:szCs w:val="28"/>
        </w:rPr>
        <w:t>được sự</w:t>
      </w:r>
      <w:r w:rsidRPr="009B5AC1">
        <w:rPr>
          <w:rFonts w:ascii="Times New Roman" w:hAnsi="Times New Roman" w:cs="Times New Roman"/>
          <w:color w:val="000000" w:themeColor="text1"/>
          <w:sz w:val="28"/>
          <w:szCs w:val="28"/>
        </w:rPr>
        <w:t xml:space="preserve"> điều động và bổ nhiệm </w:t>
      </w:r>
      <w:r w:rsidR="00DC5474">
        <w:rPr>
          <w:rFonts w:ascii="Times New Roman" w:hAnsi="Times New Roman" w:cs="Times New Roman"/>
          <w:color w:val="000000" w:themeColor="text1"/>
          <w:sz w:val="28"/>
          <w:szCs w:val="28"/>
        </w:rPr>
        <w:t>của Chi cục trưởng Chi cục Kiểm lâm tỉnh Quảng Ngãi: t</w:t>
      </w:r>
      <w:r w:rsidR="00DC5474" w:rsidRPr="009B5AC1">
        <w:rPr>
          <w:rFonts w:ascii="Times New Roman" w:hAnsi="Times New Roman" w:cs="Times New Roman"/>
          <w:color w:val="000000" w:themeColor="text1"/>
          <w:sz w:val="28"/>
          <w:szCs w:val="28"/>
        </w:rPr>
        <w:t xml:space="preserve">ừ ngày 01/9/2025, </w:t>
      </w:r>
      <w:r w:rsidR="00DC5474">
        <w:rPr>
          <w:rFonts w:ascii="Times New Roman" w:hAnsi="Times New Roman" w:cs="Times New Roman"/>
          <w:color w:val="000000" w:themeColor="text1"/>
          <w:sz w:val="28"/>
          <w:szCs w:val="28"/>
        </w:rPr>
        <w:t xml:space="preserve">anh </w:t>
      </w:r>
      <w:r w:rsidR="00DC5474" w:rsidRPr="009B5AC1">
        <w:rPr>
          <w:rFonts w:ascii="Times New Roman" w:hAnsi="Times New Roman" w:cs="Times New Roman"/>
          <w:color w:val="000000" w:themeColor="text1"/>
          <w:sz w:val="28"/>
          <w:szCs w:val="28"/>
        </w:rPr>
        <w:t>chính thức đảm nhiệm vị trí mới</w:t>
      </w:r>
      <w:r w:rsidR="00DC5474">
        <w:rPr>
          <w:rFonts w:ascii="Times New Roman" w:hAnsi="Times New Roman" w:cs="Times New Roman"/>
          <w:color w:val="000000" w:themeColor="text1"/>
          <w:sz w:val="28"/>
          <w:szCs w:val="28"/>
        </w:rPr>
        <w:t>,</w:t>
      </w:r>
      <w:r w:rsidR="00DC5474" w:rsidRPr="00DC5474">
        <w:rPr>
          <w:rFonts w:ascii="Times New Roman" w:hAnsi="Times New Roman" w:cs="Times New Roman"/>
          <w:color w:val="000000" w:themeColor="text1"/>
          <w:sz w:val="28"/>
          <w:szCs w:val="28"/>
        </w:rPr>
        <w:t xml:space="preserve"> </w:t>
      </w:r>
      <w:r w:rsidR="00DC5474" w:rsidRPr="009B5AC1">
        <w:rPr>
          <w:rFonts w:ascii="Times New Roman" w:hAnsi="Times New Roman" w:cs="Times New Roman"/>
          <w:color w:val="000000" w:themeColor="text1"/>
          <w:sz w:val="28"/>
          <w:szCs w:val="28"/>
        </w:rPr>
        <w:t xml:space="preserve">giữ chức Phó Đội trưởng phụ trách, trực tiếp chỉ huy </w:t>
      </w:r>
      <w:r w:rsidR="00DC5474" w:rsidRPr="009B5AC1">
        <w:rPr>
          <w:rFonts w:ascii="Times New Roman" w:hAnsi="Times New Roman" w:cs="Times New Roman"/>
          <w:color w:val="000000" w:themeColor="text1"/>
          <w:sz w:val="28"/>
          <w:szCs w:val="28"/>
          <w:lang w:val="vi-VN"/>
        </w:rPr>
        <w:t>Đ</w:t>
      </w:r>
      <w:r w:rsidR="00DC5474" w:rsidRPr="009B5AC1">
        <w:rPr>
          <w:rFonts w:ascii="Times New Roman" w:hAnsi="Times New Roman" w:cs="Times New Roman"/>
          <w:color w:val="000000" w:themeColor="text1"/>
          <w:sz w:val="28"/>
          <w:szCs w:val="28"/>
        </w:rPr>
        <w:t>ội</w:t>
      </w:r>
      <w:r w:rsidR="00DC5474" w:rsidRPr="009B5AC1">
        <w:rPr>
          <w:rFonts w:ascii="Times New Roman" w:hAnsi="Times New Roman" w:cs="Times New Roman"/>
          <w:color w:val="000000" w:themeColor="text1"/>
          <w:sz w:val="28"/>
          <w:szCs w:val="28"/>
          <w:lang w:val="vi-VN"/>
        </w:rPr>
        <w:t xml:space="preserve"> Kiểm lâm </w:t>
      </w:r>
      <w:r w:rsidR="00DC5474" w:rsidRPr="009B5AC1">
        <w:rPr>
          <w:rFonts w:ascii="Times New Roman" w:hAnsi="Times New Roman" w:cs="Times New Roman"/>
          <w:color w:val="000000" w:themeColor="text1"/>
          <w:sz w:val="28"/>
          <w:szCs w:val="28"/>
        </w:rPr>
        <w:t>cơ động</w:t>
      </w:r>
      <w:r w:rsidR="00DC5474" w:rsidRPr="009B5AC1">
        <w:rPr>
          <w:rFonts w:ascii="Times New Roman" w:hAnsi="Times New Roman" w:cs="Times New Roman"/>
          <w:color w:val="000000" w:themeColor="text1"/>
          <w:sz w:val="28"/>
          <w:szCs w:val="28"/>
          <w:lang w:val="vi-VN"/>
        </w:rPr>
        <w:t xml:space="preserve"> và </w:t>
      </w:r>
      <w:r w:rsidR="00DC5474" w:rsidRPr="009B5AC1">
        <w:rPr>
          <w:rFonts w:ascii="Times New Roman" w:hAnsi="Times New Roman" w:cs="Times New Roman"/>
          <w:color w:val="000000" w:themeColor="text1"/>
          <w:sz w:val="28"/>
          <w:szCs w:val="28"/>
        </w:rPr>
        <w:t xml:space="preserve">phòng cháy, chữa cháy rừng số 03 - lực lượng xung kích của </w:t>
      </w:r>
      <w:r w:rsidR="00B95C79">
        <w:rPr>
          <w:rFonts w:ascii="Times New Roman" w:hAnsi="Times New Roman" w:cs="Times New Roman"/>
          <w:color w:val="000000" w:themeColor="text1"/>
          <w:sz w:val="28"/>
          <w:szCs w:val="28"/>
        </w:rPr>
        <w:t xml:space="preserve">Chi cục </w:t>
      </w:r>
      <w:r w:rsidR="00DC5474" w:rsidRPr="009B5AC1">
        <w:rPr>
          <w:rFonts w:ascii="Times New Roman" w:hAnsi="Times New Roman" w:cs="Times New Roman"/>
          <w:color w:val="000000" w:themeColor="text1"/>
          <w:sz w:val="28"/>
          <w:szCs w:val="28"/>
        </w:rPr>
        <w:t xml:space="preserve">Kiểm lâm </w:t>
      </w:r>
      <w:r w:rsidR="00B95C79">
        <w:rPr>
          <w:rFonts w:ascii="Times New Roman" w:hAnsi="Times New Roman" w:cs="Times New Roman"/>
          <w:color w:val="000000" w:themeColor="text1"/>
          <w:sz w:val="28"/>
          <w:szCs w:val="28"/>
        </w:rPr>
        <w:t xml:space="preserve">tỉnh </w:t>
      </w:r>
      <w:r w:rsidR="00DC5474" w:rsidRPr="009B5AC1">
        <w:rPr>
          <w:rFonts w:ascii="Times New Roman" w:hAnsi="Times New Roman" w:cs="Times New Roman"/>
          <w:color w:val="000000" w:themeColor="text1"/>
          <w:sz w:val="28"/>
          <w:szCs w:val="28"/>
        </w:rPr>
        <w:t xml:space="preserve">Quảng Ngãi. </w:t>
      </w:r>
    </w:p>
    <w:p w14:paraId="21D27D9E" w14:textId="58BAF619" w:rsidR="009E118D" w:rsidRPr="00B95C79" w:rsidRDefault="002B69F1" w:rsidP="00B95C79">
      <w:pPr>
        <w:pStyle w:val="NormalWeb"/>
        <w:spacing w:before="120" w:beforeAutospacing="0" w:after="120" w:afterAutospacing="0"/>
        <w:ind w:firstLine="720"/>
        <w:jc w:val="both"/>
        <w:rPr>
          <w:sz w:val="28"/>
          <w:szCs w:val="28"/>
        </w:rPr>
      </w:pPr>
      <w:r w:rsidRPr="009B5AC1">
        <w:rPr>
          <w:sz w:val="28"/>
          <w:szCs w:val="28"/>
        </w:rPr>
        <w:lastRenderedPageBreak/>
        <w:t xml:space="preserve">Nghe tin </w:t>
      </w:r>
      <w:r w:rsidR="00C87316">
        <w:rPr>
          <w:sz w:val="28"/>
          <w:szCs w:val="28"/>
        </w:rPr>
        <w:t>anh</w:t>
      </w:r>
      <w:r w:rsidR="000B2811">
        <w:rPr>
          <w:sz w:val="28"/>
          <w:szCs w:val="28"/>
        </w:rPr>
        <w:t xml:space="preserve"> </w:t>
      </w:r>
      <w:r w:rsidRPr="009B5AC1">
        <w:rPr>
          <w:sz w:val="28"/>
          <w:szCs w:val="28"/>
        </w:rPr>
        <w:t>nhận nhiệm vụ mới, bà con xã Sơn Mùa, Sơn Bua</w:t>
      </w:r>
      <w:r w:rsidR="009971DB" w:rsidRPr="009B5AC1">
        <w:rPr>
          <w:sz w:val="28"/>
          <w:szCs w:val="28"/>
        </w:rPr>
        <w:t>, Sơn Tinh</w:t>
      </w:r>
      <w:r w:rsidRPr="009B5AC1">
        <w:rPr>
          <w:sz w:val="28"/>
          <w:szCs w:val="28"/>
        </w:rPr>
        <w:t xml:space="preserve"> đều lưu luyến. Một già làng nói: “Rừng này có được hôm nay là nhờ c</w:t>
      </w:r>
      <w:r w:rsidR="006B2ED7">
        <w:rPr>
          <w:sz w:val="28"/>
          <w:szCs w:val="28"/>
        </w:rPr>
        <w:t xml:space="preserve">ông </w:t>
      </w:r>
      <w:r w:rsidRPr="009B5AC1">
        <w:rPr>
          <w:sz w:val="28"/>
          <w:szCs w:val="28"/>
        </w:rPr>
        <w:t>anh Cư. Giờ anh đi nơi khác, tụi tôi vừa mừng vừa buồn.”</w:t>
      </w:r>
      <w:r w:rsidR="00B95C79">
        <w:rPr>
          <w:sz w:val="28"/>
          <w:szCs w:val="28"/>
        </w:rPr>
        <w:t xml:space="preserve"> </w:t>
      </w:r>
      <w:r w:rsidR="006B2ED7">
        <w:rPr>
          <w:sz w:val="28"/>
          <w:szCs w:val="28"/>
        </w:rPr>
        <w:t>Còn anh</w:t>
      </w:r>
      <w:r w:rsidRPr="009B5AC1">
        <w:rPr>
          <w:sz w:val="28"/>
          <w:szCs w:val="28"/>
        </w:rPr>
        <w:t>, chỉ cười hiền:</w:t>
      </w:r>
      <w:r w:rsidR="00FD5CB6" w:rsidRPr="009B5AC1">
        <w:rPr>
          <w:sz w:val="28"/>
          <w:szCs w:val="28"/>
        </w:rPr>
        <w:t xml:space="preserve"> </w:t>
      </w:r>
      <w:r w:rsidRPr="009B5AC1">
        <w:rPr>
          <w:i/>
          <w:iCs/>
          <w:sz w:val="28"/>
          <w:szCs w:val="28"/>
        </w:rPr>
        <w:t>“Rời Sơn Tây, tôi như rời một phần cuộc đời. Nhưng ở đâu có rừng, có người, thì ở đó vẫn là nhà.”</w:t>
      </w:r>
      <w:r w:rsidR="00FD5CB6" w:rsidRPr="009B5AC1">
        <w:rPr>
          <w:sz w:val="28"/>
          <w:szCs w:val="28"/>
        </w:rPr>
        <w:t xml:space="preserve"> </w:t>
      </w:r>
      <w:r w:rsidR="006B2ED7">
        <w:rPr>
          <w:sz w:val="28"/>
          <w:szCs w:val="28"/>
        </w:rPr>
        <w:t>Với anh</w:t>
      </w:r>
      <w:r w:rsidRPr="009B5AC1">
        <w:rPr>
          <w:sz w:val="28"/>
          <w:szCs w:val="28"/>
        </w:rPr>
        <w:t>, điều quý giá nhất kh</w:t>
      </w:r>
      <w:r w:rsidR="006B2ED7">
        <w:rPr>
          <w:sz w:val="28"/>
          <w:szCs w:val="28"/>
        </w:rPr>
        <w:t xml:space="preserve">ông </w:t>
      </w:r>
      <w:r w:rsidRPr="009B5AC1">
        <w:rPr>
          <w:sz w:val="28"/>
          <w:szCs w:val="28"/>
        </w:rPr>
        <w:t xml:space="preserve">phải là chức vụ hay bằng khen, mà là niềm tin của đồng đội, là ánh mắt biết ơn của người dân, </w:t>
      </w:r>
      <w:r w:rsidR="009971DB" w:rsidRPr="009B5AC1">
        <w:rPr>
          <w:sz w:val="28"/>
          <w:szCs w:val="28"/>
        </w:rPr>
        <w:t xml:space="preserve">người dân vùng cao Kdong </w:t>
      </w:r>
      <w:r w:rsidRPr="009B5AC1">
        <w:rPr>
          <w:sz w:val="28"/>
          <w:szCs w:val="28"/>
        </w:rPr>
        <w:t>và là tiếng gió vi vu giữa tán cây mỗi sáng sớm.</w:t>
      </w:r>
      <w:r w:rsidR="009E118D" w:rsidRPr="009E118D">
        <w:rPr>
          <w:noProof/>
        </w:rPr>
        <w:t xml:space="preserve"> </w:t>
      </w:r>
    </w:p>
    <w:p w14:paraId="6CAEF184" w14:textId="026CC51C" w:rsidR="009E118D" w:rsidRDefault="009E118D" w:rsidP="009E118D">
      <w:pPr>
        <w:pStyle w:val="NormalWeb"/>
        <w:ind w:firstLine="720"/>
      </w:pPr>
      <w:r>
        <w:rPr>
          <w:noProof/>
        </w:rPr>
        <w:drawing>
          <wp:inline distT="0" distB="0" distL="0" distR="0" wp14:anchorId="1EA64048" wp14:editId="7E7F6D7A">
            <wp:extent cx="5072933" cy="2846070"/>
            <wp:effectExtent l="0" t="0" r="0" b="0"/>
            <wp:docPr id="1479990770" name="Picture 147999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0656" cy="2878455"/>
                    </a:xfrm>
                    <a:prstGeom prst="rect">
                      <a:avLst/>
                    </a:prstGeom>
                    <a:noFill/>
                    <a:ln>
                      <a:noFill/>
                    </a:ln>
                  </pic:spPr>
                </pic:pic>
              </a:graphicData>
            </a:graphic>
          </wp:inline>
        </w:drawing>
      </w:r>
    </w:p>
    <w:p w14:paraId="52570389" w14:textId="398D1182" w:rsidR="00B95C79" w:rsidRDefault="009E118D" w:rsidP="00B81CB2">
      <w:pPr>
        <w:pStyle w:val="NormalWeb"/>
        <w:spacing w:before="120" w:beforeAutospacing="0" w:after="120" w:afterAutospacing="0"/>
        <w:jc w:val="center"/>
        <w:rPr>
          <w:i/>
          <w:iCs/>
          <w:sz w:val="28"/>
          <w:szCs w:val="28"/>
        </w:rPr>
      </w:pPr>
      <w:r w:rsidRPr="009E118D">
        <w:rPr>
          <w:i/>
          <w:iCs/>
          <w:sz w:val="28"/>
          <w:szCs w:val="28"/>
        </w:rPr>
        <w:t xml:space="preserve">Ảnh: </w:t>
      </w:r>
      <w:r w:rsidR="00B95C79">
        <w:rPr>
          <w:i/>
          <w:iCs/>
          <w:sz w:val="28"/>
          <w:szCs w:val="28"/>
        </w:rPr>
        <w:t xml:space="preserve">Buổi chia tay </w:t>
      </w:r>
      <w:r w:rsidR="00B81CB2">
        <w:rPr>
          <w:i/>
          <w:iCs/>
          <w:sz w:val="28"/>
          <w:szCs w:val="28"/>
        </w:rPr>
        <w:t>đ/c</w:t>
      </w:r>
      <w:r w:rsidR="00B81CB2">
        <w:rPr>
          <w:i/>
          <w:iCs/>
          <w:sz w:val="28"/>
          <w:szCs w:val="28"/>
        </w:rPr>
        <w:t xml:space="preserve"> Cư </w:t>
      </w:r>
      <w:r w:rsidR="00B95C79">
        <w:rPr>
          <w:i/>
          <w:iCs/>
          <w:sz w:val="28"/>
          <w:szCs w:val="28"/>
        </w:rPr>
        <w:t xml:space="preserve">chuyển công tác tại Sơn Tây </w:t>
      </w:r>
      <w:r w:rsidR="00B81CB2">
        <w:rPr>
          <w:i/>
          <w:iCs/>
          <w:sz w:val="28"/>
          <w:szCs w:val="28"/>
        </w:rPr>
        <w:t xml:space="preserve"> </w:t>
      </w:r>
      <w:r w:rsidR="00B95C79">
        <w:rPr>
          <w:i/>
          <w:iCs/>
          <w:sz w:val="28"/>
          <w:szCs w:val="28"/>
        </w:rPr>
        <w:t>(người thứ 2 từ bên trái)</w:t>
      </w:r>
    </w:p>
    <w:p w14:paraId="36E0EF68" w14:textId="10D3911A" w:rsidR="002B69F1" w:rsidRPr="009B5AC1" w:rsidRDefault="002B69F1" w:rsidP="009B5AC1">
      <w:pPr>
        <w:pStyle w:val="Heading2"/>
        <w:spacing w:before="120" w:after="120" w:line="240" w:lineRule="auto"/>
        <w:ind w:firstLine="720"/>
        <w:jc w:val="both"/>
        <w:rPr>
          <w:rFonts w:ascii="Times New Roman" w:hAnsi="Times New Roman" w:cs="Times New Roman"/>
          <w:color w:val="000000" w:themeColor="text1"/>
          <w:sz w:val="28"/>
          <w:szCs w:val="28"/>
        </w:rPr>
      </w:pPr>
      <w:r w:rsidRPr="009B5AC1">
        <w:rPr>
          <w:rStyle w:val="Strong"/>
          <w:rFonts w:ascii="Times New Roman" w:hAnsi="Times New Roman" w:cs="Times New Roman"/>
          <w:b/>
          <w:bCs/>
          <w:color w:val="000000" w:themeColor="text1"/>
          <w:sz w:val="28"/>
          <w:szCs w:val="28"/>
        </w:rPr>
        <w:t xml:space="preserve">Giữ màu xanh bằng trái tim người </w:t>
      </w:r>
      <w:r w:rsidR="00B95C79">
        <w:rPr>
          <w:rStyle w:val="Strong"/>
          <w:rFonts w:ascii="Times New Roman" w:hAnsi="Times New Roman" w:cs="Times New Roman"/>
          <w:b/>
          <w:bCs/>
          <w:color w:val="000000" w:themeColor="text1"/>
          <w:sz w:val="28"/>
          <w:szCs w:val="28"/>
        </w:rPr>
        <w:t>yêu</w:t>
      </w:r>
      <w:r w:rsidRPr="009B5AC1">
        <w:rPr>
          <w:rStyle w:val="Strong"/>
          <w:rFonts w:ascii="Times New Roman" w:hAnsi="Times New Roman" w:cs="Times New Roman"/>
          <w:b/>
          <w:bCs/>
          <w:color w:val="000000" w:themeColor="text1"/>
          <w:sz w:val="28"/>
          <w:szCs w:val="28"/>
        </w:rPr>
        <w:t xml:space="preserve"> rừng</w:t>
      </w:r>
    </w:p>
    <w:p w14:paraId="17B17DA3" w14:textId="0F2D9A41" w:rsidR="00B95C79" w:rsidRDefault="002B69F1" w:rsidP="00B95C79">
      <w:pPr>
        <w:pStyle w:val="NormalWeb"/>
        <w:spacing w:before="120" w:beforeAutospacing="0" w:after="120" w:afterAutospacing="0"/>
        <w:ind w:firstLine="720"/>
        <w:jc w:val="both"/>
        <w:rPr>
          <w:sz w:val="28"/>
          <w:szCs w:val="28"/>
        </w:rPr>
      </w:pPr>
      <w:r w:rsidRPr="009B5AC1">
        <w:rPr>
          <w:sz w:val="28"/>
          <w:szCs w:val="28"/>
        </w:rPr>
        <w:t xml:space="preserve">Khi được hỏi, </w:t>
      </w:r>
      <w:r w:rsidR="00C87316">
        <w:rPr>
          <w:sz w:val="28"/>
          <w:szCs w:val="28"/>
        </w:rPr>
        <w:t>anh</w:t>
      </w:r>
      <w:r w:rsidR="006B2ED7">
        <w:rPr>
          <w:sz w:val="28"/>
          <w:szCs w:val="28"/>
        </w:rPr>
        <w:t xml:space="preserve"> </w:t>
      </w:r>
      <w:r w:rsidRPr="009B5AC1">
        <w:rPr>
          <w:sz w:val="28"/>
          <w:szCs w:val="28"/>
        </w:rPr>
        <w:t xml:space="preserve">nghĩ gì về nghề mình, </w:t>
      </w:r>
      <w:r w:rsidR="00C87316">
        <w:rPr>
          <w:sz w:val="28"/>
          <w:szCs w:val="28"/>
        </w:rPr>
        <w:t>anh</w:t>
      </w:r>
      <w:r w:rsidR="006B2ED7">
        <w:rPr>
          <w:sz w:val="28"/>
          <w:szCs w:val="28"/>
        </w:rPr>
        <w:t xml:space="preserve"> </w:t>
      </w:r>
      <w:r w:rsidRPr="009B5AC1">
        <w:rPr>
          <w:sz w:val="28"/>
          <w:szCs w:val="28"/>
        </w:rPr>
        <w:t>trầm ngâm rồi nói chậm rãi:</w:t>
      </w:r>
      <w:r w:rsidR="00B95C79">
        <w:rPr>
          <w:sz w:val="28"/>
          <w:szCs w:val="28"/>
        </w:rPr>
        <w:t xml:space="preserve"> </w:t>
      </w:r>
      <w:r w:rsidRPr="009B5AC1">
        <w:rPr>
          <w:sz w:val="28"/>
          <w:szCs w:val="28"/>
        </w:rPr>
        <w:t>“Nhiều người bảo nghề Kiểm lâm cực, mà đúng là cực thật. Nhưng đổi lại, mình được sống với thiên nhiên, được thấy cây lớn từng ngày, được góp phần nhỏ bé vào việc giữ gìn màu xanh cho con cháu sau này. Chỉ vậy thôi, cũng đủ đáng rồi.”</w:t>
      </w:r>
      <w:r w:rsidR="00FD5CB6" w:rsidRPr="009B5AC1">
        <w:rPr>
          <w:sz w:val="28"/>
          <w:szCs w:val="28"/>
        </w:rPr>
        <w:t xml:space="preserve"> </w:t>
      </w:r>
      <w:r w:rsidRPr="009B5AC1">
        <w:rPr>
          <w:sz w:val="28"/>
          <w:szCs w:val="28"/>
        </w:rPr>
        <w:t xml:space="preserve">Giữa thời đại ồn ào, khi nhiều người chọn sự an nhàn, vẫn có những con người âm thầm như </w:t>
      </w:r>
      <w:r w:rsidR="00C87316">
        <w:rPr>
          <w:sz w:val="28"/>
          <w:szCs w:val="28"/>
        </w:rPr>
        <w:t>anh</w:t>
      </w:r>
      <w:r w:rsidR="00FD5CB6" w:rsidRPr="009B5AC1">
        <w:rPr>
          <w:sz w:val="28"/>
          <w:szCs w:val="28"/>
        </w:rPr>
        <w:t>-</w:t>
      </w:r>
      <w:r w:rsidRPr="009B5AC1">
        <w:rPr>
          <w:sz w:val="28"/>
          <w:szCs w:val="28"/>
        </w:rPr>
        <w:t xml:space="preserve"> chọn sống giữa rừng, chọn làm c</w:t>
      </w:r>
      <w:r w:rsidR="00B95C79">
        <w:rPr>
          <w:sz w:val="28"/>
          <w:szCs w:val="28"/>
        </w:rPr>
        <w:t xml:space="preserve">ông </w:t>
      </w:r>
      <w:r w:rsidRPr="009B5AC1">
        <w:rPr>
          <w:sz w:val="28"/>
          <w:szCs w:val="28"/>
        </w:rPr>
        <w:t>việc ít ai thấu hiểu nhưng vô cùng cần thiết.</w:t>
      </w:r>
      <w:r w:rsidR="00FD5CB6" w:rsidRPr="009B5AC1">
        <w:rPr>
          <w:sz w:val="28"/>
          <w:szCs w:val="28"/>
        </w:rPr>
        <w:t xml:space="preserve"> </w:t>
      </w:r>
      <w:r w:rsidR="00C87316">
        <w:rPr>
          <w:sz w:val="28"/>
          <w:szCs w:val="28"/>
        </w:rPr>
        <w:t>Anh</w:t>
      </w:r>
      <w:r w:rsidR="006B2ED7">
        <w:rPr>
          <w:sz w:val="28"/>
          <w:szCs w:val="28"/>
        </w:rPr>
        <w:t xml:space="preserve"> không </w:t>
      </w:r>
      <w:r w:rsidRPr="009B5AC1">
        <w:rPr>
          <w:sz w:val="28"/>
          <w:szCs w:val="28"/>
        </w:rPr>
        <w:t>cần danh tiếng, chỉ mong mỗi khi nhìn lên triền núi, thấy rừng vẫn xanh, thấy khói lam chiều vẫn bay yên lành, là đủ mãn nguyện</w:t>
      </w:r>
      <w:r w:rsidR="00B95C79">
        <w:rPr>
          <w:sz w:val="28"/>
          <w:szCs w:val="28"/>
        </w:rPr>
        <w:t>.</w:t>
      </w:r>
    </w:p>
    <w:p w14:paraId="6DC16AEE" w14:textId="2F414D43" w:rsidR="002B69F1" w:rsidRPr="009B5AC1" w:rsidRDefault="001B49AF" w:rsidP="00B95C79">
      <w:pPr>
        <w:pStyle w:val="NormalWeb"/>
        <w:spacing w:before="120" w:beforeAutospacing="0" w:after="120" w:afterAutospacing="0"/>
        <w:ind w:firstLine="720"/>
        <w:jc w:val="both"/>
        <w:rPr>
          <w:sz w:val="28"/>
          <w:szCs w:val="28"/>
        </w:rPr>
      </w:pPr>
      <w:r>
        <w:rPr>
          <w:sz w:val="28"/>
          <w:szCs w:val="28"/>
        </w:rPr>
        <w:t>Giữa núi rừng xanh ngát, văng vẳng câu hát</w:t>
      </w:r>
      <w:r w:rsidR="003308A4">
        <w:rPr>
          <w:sz w:val="28"/>
          <w:szCs w:val="28"/>
        </w:rPr>
        <w:t>:</w:t>
      </w:r>
      <w:r>
        <w:rPr>
          <w:sz w:val="28"/>
          <w:szCs w:val="28"/>
        </w:rPr>
        <w:t xml:space="preserve"> </w:t>
      </w:r>
      <w:r w:rsidR="00B95C79" w:rsidRPr="001B49AF">
        <w:rPr>
          <w:sz w:val="28"/>
          <w:szCs w:val="28"/>
        </w:rPr>
        <w:t>“Ai cũng chọn việc nhẹ nhàng, gian khổ sẽ dành phần ai?</w:t>
      </w:r>
      <w:r w:rsidRPr="001B49AF">
        <w:rPr>
          <w:sz w:val="28"/>
          <w:szCs w:val="28"/>
        </w:rPr>
        <w:t>”</w:t>
      </w:r>
      <w:r>
        <w:rPr>
          <w:b/>
          <w:bCs/>
          <w:sz w:val="28"/>
          <w:szCs w:val="28"/>
        </w:rPr>
        <w:t xml:space="preserve"> </w:t>
      </w:r>
      <w:r>
        <w:rPr>
          <w:sz w:val="28"/>
          <w:szCs w:val="28"/>
        </w:rPr>
        <w:t xml:space="preserve">như một lời nhắn nhủ, </w:t>
      </w:r>
      <w:r w:rsidRPr="001B49AF">
        <w:rPr>
          <w:sz w:val="28"/>
          <w:szCs w:val="28"/>
        </w:rPr>
        <w:t xml:space="preserve">một thông điệp sâu sắc về tinh thần trách nhiệm, đoàn kết và </w:t>
      </w:r>
      <w:r>
        <w:rPr>
          <w:sz w:val="28"/>
          <w:szCs w:val="28"/>
        </w:rPr>
        <w:t>tâm huyết khi anh chọn màu xanh Kiểm lâm</w:t>
      </w:r>
      <w:r w:rsidR="002B69F1" w:rsidRPr="009B5AC1">
        <w:rPr>
          <w:sz w:val="28"/>
          <w:szCs w:val="28"/>
        </w:rPr>
        <w:t>.</w:t>
      </w:r>
      <w:r w:rsidR="0065357D">
        <w:rPr>
          <w:sz w:val="28"/>
          <w:szCs w:val="28"/>
        </w:rPr>
        <w:t>/.</w:t>
      </w:r>
    </w:p>
    <w:p w14:paraId="3030204D" w14:textId="4520B870" w:rsidR="002B69F1" w:rsidRPr="004F4CA7" w:rsidRDefault="00D27C3D" w:rsidP="001B49AF">
      <w:pPr>
        <w:spacing w:before="100" w:beforeAutospacing="1" w:after="100" w:afterAutospacing="1" w:line="240" w:lineRule="auto"/>
        <w:jc w:val="both"/>
        <w:rPr>
          <w:rFonts w:ascii="Times New Roman" w:hAnsi="Times New Roman" w:cs="Times New Roman"/>
          <w:i/>
          <w:iCs/>
          <w:color w:val="000000" w:themeColor="text1"/>
          <w:sz w:val="28"/>
          <w:szCs w:val="28"/>
        </w:rPr>
      </w:pPr>
      <w:r>
        <w:rPr>
          <w:rFonts w:ascii="Times New Roman" w:eastAsia="Times New Roman" w:hAnsi="Times New Roman" w:cs="Times New Roman"/>
          <w:sz w:val="28"/>
          <w:szCs w:val="28"/>
        </w:rPr>
        <w:tab/>
      </w:r>
      <w:r w:rsidR="004F4CA7" w:rsidRPr="004F4CA7">
        <w:rPr>
          <w:rFonts w:ascii="Times New Roman" w:hAnsi="Times New Roman" w:cs="Times New Roman"/>
          <w:i/>
          <w:iCs/>
          <w:color w:val="000000" w:themeColor="text1"/>
          <w:sz w:val="28"/>
          <w:szCs w:val="28"/>
        </w:rPr>
        <w:t xml:space="preserve">Tác giả: Nguyễn </w:t>
      </w:r>
      <w:r w:rsidR="004F4CA7">
        <w:rPr>
          <w:rFonts w:ascii="Times New Roman" w:hAnsi="Times New Roman" w:cs="Times New Roman"/>
          <w:i/>
          <w:iCs/>
          <w:color w:val="000000" w:themeColor="text1"/>
          <w:sz w:val="28"/>
          <w:szCs w:val="28"/>
        </w:rPr>
        <w:t>H</w:t>
      </w:r>
      <w:r w:rsidR="004F4CA7" w:rsidRPr="004F4CA7">
        <w:rPr>
          <w:rFonts w:ascii="Times New Roman" w:hAnsi="Times New Roman" w:cs="Times New Roman"/>
          <w:i/>
          <w:iCs/>
          <w:color w:val="000000" w:themeColor="text1"/>
          <w:sz w:val="28"/>
          <w:szCs w:val="28"/>
        </w:rPr>
        <w:t xml:space="preserve">ữu Việt cùng </w:t>
      </w:r>
      <w:r w:rsidR="004F4CA7">
        <w:rPr>
          <w:rFonts w:ascii="Times New Roman" w:hAnsi="Times New Roman" w:cs="Times New Roman"/>
          <w:i/>
          <w:iCs/>
          <w:color w:val="000000" w:themeColor="text1"/>
          <w:sz w:val="28"/>
          <w:szCs w:val="28"/>
        </w:rPr>
        <w:t xml:space="preserve">các </w:t>
      </w:r>
      <w:r w:rsidR="004F4CA7" w:rsidRPr="004F4CA7">
        <w:rPr>
          <w:rFonts w:ascii="Times New Roman" w:hAnsi="Times New Roman" w:cs="Times New Roman"/>
          <w:i/>
          <w:iCs/>
          <w:color w:val="000000" w:themeColor="text1"/>
          <w:sz w:val="28"/>
          <w:szCs w:val="28"/>
        </w:rPr>
        <w:t>cộng sự - Đội KLCĐ và PCCCR số 03.</w:t>
      </w:r>
    </w:p>
    <w:sectPr w:rsidR="002B69F1" w:rsidRPr="004F4CA7" w:rsidSect="000B2811">
      <w:headerReference w:type="default" r:id="rId21"/>
      <w:pgSz w:w="12240" w:h="15840"/>
      <w:pgMar w:top="993" w:right="1183" w:bottom="426" w:left="1843"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6245D" w14:textId="77777777" w:rsidR="009D0EE1" w:rsidRDefault="009D0EE1" w:rsidP="00B653FB">
      <w:pPr>
        <w:spacing w:after="0" w:line="240" w:lineRule="auto"/>
      </w:pPr>
      <w:r>
        <w:separator/>
      </w:r>
    </w:p>
  </w:endnote>
  <w:endnote w:type="continuationSeparator" w:id="0">
    <w:p w14:paraId="75C38A23" w14:textId="77777777" w:rsidR="009D0EE1" w:rsidRDefault="009D0EE1" w:rsidP="00B6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sig w:usb0="20000A87" w:usb1="08000000" w:usb2="00000008" w:usb3="00000000" w:csb0="0000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8075E" w14:textId="77777777" w:rsidR="009D0EE1" w:rsidRDefault="009D0EE1" w:rsidP="00B653FB">
      <w:pPr>
        <w:spacing w:after="0" w:line="240" w:lineRule="auto"/>
      </w:pPr>
      <w:r>
        <w:separator/>
      </w:r>
    </w:p>
  </w:footnote>
  <w:footnote w:type="continuationSeparator" w:id="0">
    <w:p w14:paraId="1BB8648C" w14:textId="77777777" w:rsidR="009D0EE1" w:rsidRDefault="009D0EE1" w:rsidP="00B65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0753"/>
      <w:docPartObj>
        <w:docPartGallery w:val="Page Numbers (Top of Page)"/>
        <w:docPartUnique/>
      </w:docPartObj>
    </w:sdtPr>
    <w:sdtEndPr>
      <w:rPr>
        <w:noProof/>
      </w:rPr>
    </w:sdtEndPr>
    <w:sdtContent>
      <w:p w14:paraId="24840427" w14:textId="71A740A4" w:rsidR="002C2DEB" w:rsidRDefault="002C2DEB">
        <w:pPr>
          <w:pStyle w:val="Header"/>
          <w:jc w:val="center"/>
        </w:pPr>
        <w:r>
          <w:fldChar w:fldCharType="begin"/>
        </w:r>
        <w:r>
          <w:instrText xml:space="preserve"> PAGE   \* MERGEFORMAT </w:instrText>
        </w:r>
        <w:r>
          <w:fldChar w:fldCharType="separate"/>
        </w:r>
        <w:r w:rsidR="00B5333F">
          <w:rPr>
            <w:noProof/>
          </w:rPr>
          <w:t>2</w:t>
        </w:r>
        <w:r>
          <w:rPr>
            <w:noProof/>
          </w:rPr>
          <w:fldChar w:fldCharType="end"/>
        </w:r>
      </w:p>
    </w:sdtContent>
  </w:sdt>
  <w:p w14:paraId="4796B359" w14:textId="77777777" w:rsidR="002C2DEB" w:rsidRDefault="002C2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6D76"/>
    <w:rsid w:val="00034616"/>
    <w:rsid w:val="0006063C"/>
    <w:rsid w:val="000B2811"/>
    <w:rsid w:val="000E75FF"/>
    <w:rsid w:val="00102EE2"/>
    <w:rsid w:val="00103D55"/>
    <w:rsid w:val="001100DC"/>
    <w:rsid w:val="00124E19"/>
    <w:rsid w:val="00137C3A"/>
    <w:rsid w:val="0015074B"/>
    <w:rsid w:val="001B49AF"/>
    <w:rsid w:val="00251437"/>
    <w:rsid w:val="002829DB"/>
    <w:rsid w:val="0029639D"/>
    <w:rsid w:val="002A4C7C"/>
    <w:rsid w:val="002A6CCA"/>
    <w:rsid w:val="002B69F1"/>
    <w:rsid w:val="002C2DEB"/>
    <w:rsid w:val="00323226"/>
    <w:rsid w:val="00326F90"/>
    <w:rsid w:val="003308A4"/>
    <w:rsid w:val="00381447"/>
    <w:rsid w:val="00385257"/>
    <w:rsid w:val="0038640F"/>
    <w:rsid w:val="00402560"/>
    <w:rsid w:val="0041743B"/>
    <w:rsid w:val="004F0AFC"/>
    <w:rsid w:val="004F4CA7"/>
    <w:rsid w:val="005645B9"/>
    <w:rsid w:val="005C3F43"/>
    <w:rsid w:val="005D7615"/>
    <w:rsid w:val="0060562D"/>
    <w:rsid w:val="0065357D"/>
    <w:rsid w:val="00656A0C"/>
    <w:rsid w:val="006B2ED7"/>
    <w:rsid w:val="006C563E"/>
    <w:rsid w:val="006F2937"/>
    <w:rsid w:val="0070245F"/>
    <w:rsid w:val="007037A2"/>
    <w:rsid w:val="00710F24"/>
    <w:rsid w:val="007854F1"/>
    <w:rsid w:val="007878D4"/>
    <w:rsid w:val="007D17E8"/>
    <w:rsid w:val="008345FF"/>
    <w:rsid w:val="00851DA9"/>
    <w:rsid w:val="008766C4"/>
    <w:rsid w:val="0088448C"/>
    <w:rsid w:val="008E6EE8"/>
    <w:rsid w:val="008F7C31"/>
    <w:rsid w:val="0093488D"/>
    <w:rsid w:val="0097454E"/>
    <w:rsid w:val="009761F9"/>
    <w:rsid w:val="00990F8F"/>
    <w:rsid w:val="009971DB"/>
    <w:rsid w:val="009B5AC1"/>
    <w:rsid w:val="009B67E6"/>
    <w:rsid w:val="009D0EE1"/>
    <w:rsid w:val="009E118D"/>
    <w:rsid w:val="00A31814"/>
    <w:rsid w:val="00A80B86"/>
    <w:rsid w:val="00AA1D8D"/>
    <w:rsid w:val="00AB2930"/>
    <w:rsid w:val="00AC17D3"/>
    <w:rsid w:val="00B47730"/>
    <w:rsid w:val="00B5333F"/>
    <w:rsid w:val="00B62433"/>
    <w:rsid w:val="00B653FB"/>
    <w:rsid w:val="00B81CB2"/>
    <w:rsid w:val="00B95C79"/>
    <w:rsid w:val="00BA0EEC"/>
    <w:rsid w:val="00BA6D64"/>
    <w:rsid w:val="00BE2CD1"/>
    <w:rsid w:val="00C41DCE"/>
    <w:rsid w:val="00C50C12"/>
    <w:rsid w:val="00C87316"/>
    <w:rsid w:val="00CA1EF4"/>
    <w:rsid w:val="00CB0664"/>
    <w:rsid w:val="00CD131C"/>
    <w:rsid w:val="00CF6654"/>
    <w:rsid w:val="00D14E8D"/>
    <w:rsid w:val="00D27C3D"/>
    <w:rsid w:val="00D4204F"/>
    <w:rsid w:val="00D57A6B"/>
    <w:rsid w:val="00D85E25"/>
    <w:rsid w:val="00D94D2E"/>
    <w:rsid w:val="00DB1536"/>
    <w:rsid w:val="00DC5474"/>
    <w:rsid w:val="00DF26FA"/>
    <w:rsid w:val="00E139B5"/>
    <w:rsid w:val="00EE04D0"/>
    <w:rsid w:val="00F5778B"/>
    <w:rsid w:val="00F93241"/>
    <w:rsid w:val="00FC693F"/>
    <w:rsid w:val="00FD5CB6"/>
    <w:rsid w:val="00FF0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54865B"/>
  <w14:defaultImageDpi w14:val="300"/>
  <w15:docId w15:val="{DEA18E76-68A7-47F5-AED3-EF4E69EA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B69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DefaultParagraphFont"/>
    <w:rsid w:val="001B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091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1B537-EE01-4529-8C3B-1594729E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CCKL Kon Tum</cp:lastModifiedBy>
  <cp:revision>11</cp:revision>
  <dcterms:created xsi:type="dcterms:W3CDTF">2025-10-20T04:14:00Z</dcterms:created>
  <dcterms:modified xsi:type="dcterms:W3CDTF">2025-10-30T11:18:00Z</dcterms:modified>
  <cp:category/>
</cp:coreProperties>
</file>